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07CF" w14:textId="77777777" w:rsidR="00637FF1" w:rsidRDefault="00000000">
      <w:pPr>
        <w:pStyle w:val="Ttulo1"/>
      </w:pPr>
      <w:r>
        <w:t>Module 1 - Digital Foundations for VET Learners</w:t>
      </w:r>
    </w:p>
    <w:p w14:paraId="7F84659D" w14:textId="77777777" w:rsidR="00637FF1" w:rsidRDefault="00000000">
      <w:r>
        <w:t>Knowledge check after Module 1. The quiz verifies basic digital skills, safe online behaviour, online collaboration and digital wellbeing at foundation level.</w:t>
      </w:r>
    </w:p>
    <w:p w14:paraId="153B3AF0" w14:textId="77777777" w:rsidR="00637FF1" w:rsidRDefault="00000000">
      <w:r>
        <w:rPr>
          <w:b/>
        </w:rPr>
        <w:t xml:space="preserve">Instructions for learners: </w:t>
      </w:r>
      <w:r>
        <w:t>Choose one answer for each question. Each question is worth 1 point. Recommended pass mark: 7/10.</w:t>
      </w:r>
    </w:p>
    <w:p w14:paraId="1C50C941" w14:textId="77777777" w:rsidR="00637FF1" w:rsidRDefault="00000000">
      <w:pPr>
        <w:pStyle w:val="Ttulo3"/>
      </w:pPr>
      <w:r>
        <w:t>1. Which action is the best first step when checking whether an online source is reliable?</w:t>
      </w:r>
    </w:p>
    <w:p w14:paraId="624581B3" w14:textId="77777777" w:rsidR="00637FF1" w:rsidRDefault="00000000">
      <w:pPr>
        <w:pStyle w:val="Listaconvietas"/>
      </w:pPr>
      <w:r>
        <w:t>A. Copy the first result because it appears at the top of the search page.</w:t>
      </w:r>
    </w:p>
    <w:p w14:paraId="1F8DADFC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B. Check who created the source, when it was published, and whether evidence is provided.</w:t>
      </w:r>
    </w:p>
    <w:p w14:paraId="19585CFD" w14:textId="77777777" w:rsidR="00637FF1" w:rsidRDefault="00000000">
      <w:pPr>
        <w:pStyle w:val="Listaconvietas"/>
      </w:pPr>
      <w:r>
        <w:t>C. Use the source only if it has many images and a modern design.</w:t>
      </w:r>
    </w:p>
    <w:p w14:paraId="6DF4117A" w14:textId="77777777" w:rsidR="00637FF1" w:rsidRDefault="00000000">
      <w:pPr>
        <w:pStyle w:val="Listaconvietas"/>
      </w:pPr>
      <w:r>
        <w:t>D. Trust the source if it confirms what you already believe.</w:t>
      </w:r>
    </w:p>
    <w:p w14:paraId="474F5EAB" w14:textId="77777777" w:rsidR="00637FF1" w:rsidRDefault="00637FF1"/>
    <w:p w14:paraId="4AEFAEF2" w14:textId="77777777" w:rsidR="00637FF1" w:rsidRDefault="00000000">
      <w:pPr>
        <w:pStyle w:val="Ttulo3"/>
      </w:pPr>
      <w:r>
        <w:t>2. You need recent information for a class task. Which search strategy is most appropriate?</w:t>
      </w:r>
    </w:p>
    <w:p w14:paraId="6817582C" w14:textId="77777777" w:rsidR="00637FF1" w:rsidRDefault="00000000">
      <w:pPr>
        <w:pStyle w:val="Listaconvietas"/>
      </w:pPr>
      <w:r>
        <w:t>A. Use very broad words only, such as "environment" or "digital".</w:t>
      </w:r>
    </w:p>
    <w:p w14:paraId="629E7D27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B. Use specific keywords and apply filters such as date, source type or language.</w:t>
      </w:r>
    </w:p>
    <w:p w14:paraId="753433F5" w14:textId="77777777" w:rsidR="00637FF1" w:rsidRDefault="00000000">
      <w:pPr>
        <w:pStyle w:val="Listaconvietas"/>
      </w:pPr>
      <w:r>
        <w:t>C. Open only social media posts because they are always updated quickly.</w:t>
      </w:r>
    </w:p>
    <w:p w14:paraId="6EBA2255" w14:textId="77777777" w:rsidR="00637FF1" w:rsidRDefault="00000000">
      <w:pPr>
        <w:pStyle w:val="Listaconvietas"/>
      </w:pPr>
      <w:r>
        <w:t>D. Avoid checking more than one source to save time.</w:t>
      </w:r>
    </w:p>
    <w:p w14:paraId="75C3F91B" w14:textId="77777777" w:rsidR="00637FF1" w:rsidRDefault="00637FF1"/>
    <w:p w14:paraId="7A38861A" w14:textId="77777777" w:rsidR="00637FF1" w:rsidRDefault="00000000">
      <w:pPr>
        <w:pStyle w:val="Ttulo3"/>
      </w:pPr>
      <w:r>
        <w:t>3. When sharing a folder with classmates, which permission is usually safest if they only need to read the files?</w:t>
      </w:r>
    </w:p>
    <w:p w14:paraId="657D990A" w14:textId="77777777" w:rsidR="00637FF1" w:rsidRDefault="00000000">
      <w:pPr>
        <w:pStyle w:val="Listaconvietas"/>
      </w:pPr>
      <w:r>
        <w:t>A. Owner access</w:t>
      </w:r>
    </w:p>
    <w:p w14:paraId="1E650FBE" w14:textId="77777777" w:rsidR="00637FF1" w:rsidRDefault="00000000">
      <w:pPr>
        <w:pStyle w:val="Listaconvietas"/>
      </w:pPr>
      <w:r>
        <w:t>B. Editor access for everyone on the internet</w:t>
      </w:r>
    </w:p>
    <w:p w14:paraId="2619B036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C. Viewer access for the specific people who need it</w:t>
      </w:r>
    </w:p>
    <w:p w14:paraId="4289C655" w14:textId="77777777" w:rsidR="00637FF1" w:rsidRDefault="00000000">
      <w:pPr>
        <w:pStyle w:val="Listaconvietas"/>
      </w:pPr>
      <w:r>
        <w:t>D. No password and a public link on social media</w:t>
      </w:r>
    </w:p>
    <w:p w14:paraId="3A8A85FE" w14:textId="77777777" w:rsidR="00637FF1" w:rsidRDefault="00637FF1"/>
    <w:p w14:paraId="6F433651" w14:textId="77777777" w:rsidR="00637FF1" w:rsidRDefault="00000000">
      <w:pPr>
        <w:pStyle w:val="Ttulo3"/>
      </w:pPr>
      <w:r>
        <w:t>4. Which file name is the clearest and easiest to manage?</w:t>
      </w:r>
    </w:p>
    <w:p w14:paraId="0087A17D" w14:textId="77777777" w:rsidR="00637FF1" w:rsidRDefault="00000000">
      <w:pPr>
        <w:pStyle w:val="Listaconvietas"/>
      </w:pPr>
      <w:r>
        <w:t>A. finalFINALnew.docx</w:t>
      </w:r>
    </w:p>
    <w:p w14:paraId="6E4AE6CA" w14:textId="77777777" w:rsidR="00637FF1" w:rsidRDefault="00000000">
      <w:pPr>
        <w:pStyle w:val="Listaconvietas"/>
      </w:pPr>
      <w:r>
        <w:t>B. document.docx</w:t>
      </w:r>
    </w:p>
    <w:p w14:paraId="4A84BDEF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C. 2026-04-10_GroupA_EcoAudit_v1.docx</w:t>
      </w:r>
    </w:p>
    <w:p w14:paraId="61774414" w14:textId="77777777" w:rsidR="00637FF1" w:rsidRDefault="00000000">
      <w:pPr>
        <w:pStyle w:val="Listaconvietas"/>
      </w:pPr>
      <w:r>
        <w:t>D. myfileeeee.docx</w:t>
      </w:r>
    </w:p>
    <w:p w14:paraId="377B8D55" w14:textId="77777777" w:rsidR="00637FF1" w:rsidRDefault="00637FF1"/>
    <w:p w14:paraId="19E9B618" w14:textId="77777777" w:rsidR="00637FF1" w:rsidRDefault="00000000">
      <w:pPr>
        <w:pStyle w:val="Ttulo3"/>
      </w:pPr>
      <w:r>
        <w:t>5. Which option is the strongest password practice?</w:t>
      </w:r>
    </w:p>
    <w:p w14:paraId="35FB83BF" w14:textId="77777777" w:rsidR="00637FF1" w:rsidRDefault="00000000">
      <w:pPr>
        <w:pStyle w:val="Listaconvietas"/>
      </w:pPr>
      <w:r>
        <w:t>A. Using the same short password for every account</w:t>
      </w:r>
    </w:p>
    <w:p w14:paraId="0CFA05BD" w14:textId="77777777" w:rsidR="00637FF1" w:rsidRDefault="00000000">
      <w:pPr>
        <w:pStyle w:val="Listaconvietas"/>
      </w:pPr>
      <w:r>
        <w:t>B. Using your name and birth year because it is easy to remember</w:t>
      </w:r>
    </w:p>
    <w:p w14:paraId="6EBAE4D8" w14:textId="77777777" w:rsidR="00637FF1" w:rsidRDefault="00000000">
      <w:pPr>
        <w:pStyle w:val="Listaconvietas"/>
      </w:pPr>
      <w:r w:rsidRPr="006F5806">
        <w:rPr>
          <w:color w:val="EE0000"/>
        </w:rPr>
        <w:t>C. Using a long unique passphrase and a password manager when possible</w:t>
      </w:r>
    </w:p>
    <w:p w14:paraId="12EA33B9" w14:textId="77777777" w:rsidR="00637FF1" w:rsidRDefault="00000000">
      <w:pPr>
        <w:pStyle w:val="Listaconvietas"/>
      </w:pPr>
      <w:r>
        <w:t>D. Writing your password on a public classroom board</w:t>
      </w:r>
    </w:p>
    <w:p w14:paraId="3DCF006C" w14:textId="77777777" w:rsidR="00637FF1" w:rsidRDefault="00637FF1"/>
    <w:p w14:paraId="494FFC43" w14:textId="77777777" w:rsidR="00637FF1" w:rsidRDefault="00000000">
      <w:pPr>
        <w:pStyle w:val="Ttulo3"/>
      </w:pPr>
      <w:r>
        <w:lastRenderedPageBreak/>
        <w:t>6. Which sign is a common warning that an email could be phishing?</w:t>
      </w:r>
    </w:p>
    <w:p w14:paraId="1C8D65B1" w14:textId="77777777" w:rsidR="00637FF1" w:rsidRDefault="00000000">
      <w:pPr>
        <w:pStyle w:val="Listaconvietas"/>
      </w:pPr>
      <w:r>
        <w:t>A. It uses a clear subject line and comes from a known teacher address.</w:t>
      </w:r>
    </w:p>
    <w:p w14:paraId="7782F87C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B. It asks you urgently to click a link and enter your password.</w:t>
      </w:r>
    </w:p>
    <w:p w14:paraId="7683AE4C" w14:textId="77777777" w:rsidR="00637FF1" w:rsidRDefault="00000000">
      <w:pPr>
        <w:pStyle w:val="Listaconvietas"/>
      </w:pPr>
      <w:r>
        <w:t>C. It contains a normal class timetable.</w:t>
      </w:r>
    </w:p>
    <w:p w14:paraId="34C28030" w14:textId="77777777" w:rsidR="00637FF1" w:rsidRDefault="00000000">
      <w:pPr>
        <w:pStyle w:val="Listaconvietas"/>
      </w:pPr>
      <w:r>
        <w:t>D. It includes the official school footer and no links.</w:t>
      </w:r>
    </w:p>
    <w:p w14:paraId="24BC7E8A" w14:textId="77777777" w:rsidR="00637FF1" w:rsidRDefault="00637FF1"/>
    <w:p w14:paraId="6E4F4A73" w14:textId="77777777" w:rsidR="00637FF1" w:rsidRDefault="00000000">
      <w:pPr>
        <w:pStyle w:val="Ttulo3"/>
      </w:pPr>
      <w:r>
        <w:t>7. Which behaviour best supports respectful online collaboration?</w:t>
      </w:r>
    </w:p>
    <w:p w14:paraId="72E80134" w14:textId="77777777" w:rsidR="00637FF1" w:rsidRDefault="00000000">
      <w:pPr>
        <w:pStyle w:val="Listaconvietas"/>
      </w:pPr>
      <w:r>
        <w:t>A. Writing in all caps to make your opinion stronger</w:t>
      </w:r>
    </w:p>
    <w:p w14:paraId="49832997" w14:textId="77777777" w:rsidR="00637FF1" w:rsidRDefault="00000000">
      <w:pPr>
        <w:pStyle w:val="Listaconvietas"/>
      </w:pPr>
      <w:r>
        <w:t>B. Deleting other people’s work without explaining why</w:t>
      </w:r>
    </w:p>
    <w:p w14:paraId="47DF6FE1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C. Using comments to suggest changes politely and assigning clear roles</w:t>
      </w:r>
    </w:p>
    <w:p w14:paraId="61D3E566" w14:textId="77777777" w:rsidR="00637FF1" w:rsidRDefault="00000000">
      <w:pPr>
        <w:pStyle w:val="Listaconvietas"/>
      </w:pPr>
      <w:r>
        <w:t>D. Ignoring team messages until the deadline</w:t>
      </w:r>
    </w:p>
    <w:p w14:paraId="19147205" w14:textId="77777777" w:rsidR="00637FF1" w:rsidRDefault="00637FF1"/>
    <w:p w14:paraId="4066D5E0" w14:textId="77777777" w:rsidR="00637FF1" w:rsidRDefault="00000000">
      <w:pPr>
        <w:pStyle w:val="Ttulo3"/>
      </w:pPr>
      <w:r>
        <w:t>8. Which habit can improve digital wellbeing during online learning?</w:t>
      </w:r>
    </w:p>
    <w:p w14:paraId="4427C4B9" w14:textId="77777777" w:rsidR="00637FF1" w:rsidRDefault="00000000">
      <w:pPr>
        <w:pStyle w:val="Listaconvietas"/>
      </w:pPr>
      <w:r>
        <w:t>A. Keeping every notification active during study time</w:t>
      </w:r>
    </w:p>
    <w:p w14:paraId="44B2B896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B. Taking short planned breaks and reducing distractions</w:t>
      </w:r>
    </w:p>
    <w:p w14:paraId="176021FE" w14:textId="77777777" w:rsidR="00637FF1" w:rsidRDefault="00000000">
      <w:pPr>
        <w:pStyle w:val="Listaconvietas"/>
      </w:pPr>
      <w:r>
        <w:t>C. Studying with three unrelated video streams open</w:t>
      </w:r>
    </w:p>
    <w:p w14:paraId="5E04DC65" w14:textId="77777777" w:rsidR="00637FF1" w:rsidRDefault="00000000">
      <w:pPr>
        <w:pStyle w:val="Listaconvietas"/>
      </w:pPr>
      <w:r>
        <w:t>D. Working for many hours without moving or resting your eyes</w:t>
      </w:r>
    </w:p>
    <w:p w14:paraId="7B8807B3" w14:textId="77777777" w:rsidR="00637FF1" w:rsidRDefault="00637FF1"/>
    <w:p w14:paraId="2C9C4548" w14:textId="77777777" w:rsidR="00637FF1" w:rsidRDefault="00000000">
      <w:pPr>
        <w:pStyle w:val="Ttulo3"/>
      </w:pPr>
      <w:r>
        <w:t>9. Which is an eco-aware everyday digital action?</w:t>
      </w:r>
    </w:p>
    <w:p w14:paraId="021A9A53" w14:textId="77777777" w:rsidR="00637FF1" w:rsidRDefault="00000000">
      <w:pPr>
        <w:pStyle w:val="Listaconvietas"/>
      </w:pPr>
      <w:r>
        <w:t>A. Keeping duplicate files forever because storage is invisible</w:t>
      </w:r>
    </w:p>
    <w:p w14:paraId="519F1A59" w14:textId="77777777" w:rsidR="00637FF1" w:rsidRDefault="00000000">
      <w:pPr>
        <w:pStyle w:val="Listaconvietas"/>
      </w:pPr>
      <w:r>
        <w:t>B. Increasing screen brightness to maximum at all times</w:t>
      </w:r>
    </w:p>
    <w:p w14:paraId="5FC2AB03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C. Cleaning unnecessary cloud files and using power-saving settings</w:t>
      </w:r>
    </w:p>
    <w:p w14:paraId="4A278B66" w14:textId="77777777" w:rsidR="00637FF1" w:rsidRDefault="00000000">
      <w:pPr>
        <w:pStyle w:val="Listaconvietas"/>
      </w:pPr>
      <w:r>
        <w:t>D. Printing every online page just in case</w:t>
      </w:r>
    </w:p>
    <w:p w14:paraId="6A1BA4D0" w14:textId="77777777" w:rsidR="00637FF1" w:rsidRDefault="00637FF1"/>
    <w:p w14:paraId="418EBAD2" w14:textId="77777777" w:rsidR="00637FF1" w:rsidRDefault="00000000">
      <w:pPr>
        <w:pStyle w:val="Ttulo3"/>
      </w:pPr>
      <w:r>
        <w:t>10. You use an image found online in a class presentation. What should you do?</w:t>
      </w:r>
    </w:p>
    <w:p w14:paraId="1BA1DC6A" w14:textId="77777777" w:rsidR="00637FF1" w:rsidRDefault="00000000">
      <w:pPr>
        <w:pStyle w:val="Listaconvietas"/>
      </w:pPr>
      <w:r>
        <w:t>A. Use it without checking because everything online is free.</w:t>
      </w:r>
    </w:p>
    <w:p w14:paraId="2B9184FB" w14:textId="77777777" w:rsidR="00637FF1" w:rsidRPr="006F5806" w:rsidRDefault="00000000">
      <w:pPr>
        <w:pStyle w:val="Listaconvietas"/>
        <w:rPr>
          <w:color w:val="EE0000"/>
        </w:rPr>
      </w:pPr>
      <w:r w:rsidRPr="006F5806">
        <w:rPr>
          <w:color w:val="EE0000"/>
        </w:rPr>
        <w:t>B. Check the licence or permission and credit the source when required.</w:t>
      </w:r>
    </w:p>
    <w:p w14:paraId="08A76D0D" w14:textId="77777777" w:rsidR="00637FF1" w:rsidRDefault="00000000">
      <w:pPr>
        <w:pStyle w:val="Listaconvietas"/>
      </w:pPr>
      <w:r>
        <w:t>C. Remove the creator’s name to make the slide cleaner.</w:t>
      </w:r>
    </w:p>
    <w:p w14:paraId="1A0F335D" w14:textId="77777777" w:rsidR="00637FF1" w:rsidRDefault="00000000">
      <w:pPr>
        <w:pStyle w:val="Listaconvietas"/>
      </w:pPr>
      <w:r>
        <w:t>D. Claim that you created the image yourself.</w:t>
      </w:r>
    </w:p>
    <w:p w14:paraId="54322DA2" w14:textId="77777777" w:rsidR="00637FF1" w:rsidRDefault="00637FF1"/>
    <w:p w14:paraId="240D7832" w14:textId="2BBA1910" w:rsidR="00637FF1" w:rsidRDefault="00637FF1"/>
    <w:sectPr w:rsidR="00637FF1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4C95" w14:textId="77777777" w:rsidR="001D369A" w:rsidRDefault="001D369A">
      <w:pPr>
        <w:spacing w:after="0" w:line="240" w:lineRule="auto"/>
      </w:pPr>
      <w:r>
        <w:separator/>
      </w:r>
    </w:p>
  </w:endnote>
  <w:endnote w:type="continuationSeparator" w:id="0">
    <w:p w14:paraId="5F3639B9" w14:textId="77777777" w:rsidR="001D369A" w:rsidRDefault="001D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7EE9" w14:textId="77777777" w:rsidR="00637FF1" w:rsidRDefault="00000000">
    <w:pPr>
      <w:jc w:val="center"/>
    </w:pPr>
    <w:r>
      <w:rPr>
        <w:sz w:val="16"/>
      </w:rPr>
      <w:t>OER teaching/learning resource - Multiple-choice quizzes for platform 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0CFC" w14:textId="77777777" w:rsidR="001D369A" w:rsidRDefault="001D369A">
      <w:pPr>
        <w:spacing w:after="0" w:line="240" w:lineRule="auto"/>
      </w:pPr>
      <w:r>
        <w:separator/>
      </w:r>
    </w:p>
  </w:footnote>
  <w:footnote w:type="continuationSeparator" w:id="0">
    <w:p w14:paraId="19C57900" w14:textId="77777777" w:rsidR="001D369A" w:rsidRDefault="001D3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959" w14:textId="77777777" w:rsidR="00637FF1" w:rsidRDefault="00000000">
    <w:pPr>
      <w:jc w:val="right"/>
    </w:pPr>
    <w:r>
      <w:rPr>
        <w:sz w:val="16"/>
      </w:rPr>
      <w:t>GREEN-DIGI PATHWAYS - Knowledge Check Quizzes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335415">
    <w:abstractNumId w:val="8"/>
  </w:num>
  <w:num w:numId="2" w16cid:durableId="1471170734">
    <w:abstractNumId w:val="6"/>
  </w:num>
  <w:num w:numId="3" w16cid:durableId="1470586144">
    <w:abstractNumId w:val="5"/>
  </w:num>
  <w:num w:numId="4" w16cid:durableId="1768848293">
    <w:abstractNumId w:val="4"/>
  </w:num>
  <w:num w:numId="5" w16cid:durableId="1757093485">
    <w:abstractNumId w:val="7"/>
  </w:num>
  <w:num w:numId="6" w16cid:durableId="1430081687">
    <w:abstractNumId w:val="3"/>
  </w:num>
  <w:num w:numId="7" w16cid:durableId="1872759474">
    <w:abstractNumId w:val="2"/>
  </w:num>
  <w:num w:numId="8" w16cid:durableId="960451857">
    <w:abstractNumId w:val="1"/>
  </w:num>
  <w:num w:numId="9" w16cid:durableId="54757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B8A"/>
    <w:rsid w:val="00034616"/>
    <w:rsid w:val="0006063C"/>
    <w:rsid w:val="0015074B"/>
    <w:rsid w:val="001D369A"/>
    <w:rsid w:val="0029639D"/>
    <w:rsid w:val="00326F90"/>
    <w:rsid w:val="003D255D"/>
    <w:rsid w:val="00637FF1"/>
    <w:rsid w:val="006F5806"/>
    <w:rsid w:val="0079345C"/>
    <w:rsid w:val="00AA1D8D"/>
    <w:rsid w:val="00B47730"/>
    <w:rsid w:val="00CB0664"/>
    <w:rsid w:val="00D441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9559D"/>
  <w14:defaultImageDpi w14:val="300"/>
  <w15:docId w15:val="{9C72B132-937F-4982-AAED-E4C37684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B5E2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D32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7474F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 Ruberto</cp:lastModifiedBy>
  <cp:revision>4</cp:revision>
  <dcterms:created xsi:type="dcterms:W3CDTF">2013-12-23T23:15:00Z</dcterms:created>
  <dcterms:modified xsi:type="dcterms:W3CDTF">2026-06-05T10:41:00Z</dcterms:modified>
  <cp:category/>
</cp:coreProperties>
</file>