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0A9BF" w14:textId="77777777" w:rsidR="00517F57" w:rsidRDefault="00000000">
      <w:pPr>
        <w:pStyle w:val="Ttulo1"/>
        <w:spacing w:before="160" w:after="120"/>
      </w:pPr>
      <w:r>
        <w:rPr>
          <w:rFonts w:ascii="Arial" w:hAnsi="Arial"/>
          <w:color w:val="0F4C5C"/>
          <w:sz w:val="36"/>
        </w:rPr>
        <w:t>Section A - Ready-to-Use Activity Cards</w:t>
      </w:r>
    </w:p>
    <w:p w14:paraId="490D08A3" w14:textId="77777777" w:rsidR="00517F57" w:rsidRDefault="00000000">
      <w:pPr>
        <w:spacing w:after="80" w:line="252" w:lineRule="auto"/>
      </w:pPr>
      <w:r>
        <w:rPr>
          <w:color w:val="222222"/>
        </w:rPr>
        <w:t>Each card can be copied into a platform assignment or printed for a classroom/workshop. Learners should produce the listed output.</w:t>
      </w:r>
    </w:p>
    <w:p w14:paraId="14111F9F" w14:textId="77777777" w:rsidR="00517F57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517F57" w14:paraId="04455C08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B6A5CC2" w14:textId="77777777" w:rsidR="00517F57" w:rsidRDefault="00000000">
            <w:r>
              <w:rPr>
                <w:b/>
                <w:color w:val="D7EFE8"/>
                <w:sz w:val="18"/>
              </w:rPr>
              <w:lastRenderedPageBreak/>
              <w:t>M2-R01 | Module 2 - Sustainability in Practice</w:t>
            </w:r>
          </w:p>
          <w:p w14:paraId="7A756234" w14:textId="77777777" w:rsidR="00517F57" w:rsidRDefault="00000000">
            <w:r>
              <w:rPr>
                <w:b/>
                <w:color w:val="FFFFFF"/>
                <w:sz w:val="32"/>
              </w:rPr>
              <w:t>Impact Chain Map</w:t>
            </w:r>
          </w:p>
        </w:tc>
      </w:tr>
      <w:tr w:rsidR="00517F57" w14:paraId="62C5E077" w14:textId="77777777" w:rsidTr="00754531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E84B30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8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9957B1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35 min</w:t>
            </w:r>
          </w:p>
        </w:tc>
      </w:tr>
      <w:tr w:rsidR="00517F57" w14:paraId="08CBBB1F" w14:textId="77777777" w:rsidTr="00754531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4113CA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8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A10F10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Small groups</w:t>
            </w:r>
          </w:p>
        </w:tc>
      </w:tr>
      <w:tr w:rsidR="00517F57" w14:paraId="2E0E97C7" w14:textId="77777777" w:rsidTr="00754531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D653BB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8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56DAA3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Impact Chain Worksheet</w:t>
            </w:r>
          </w:p>
        </w:tc>
      </w:tr>
    </w:tbl>
    <w:p w14:paraId="00E16ABD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62C88609" w14:textId="77777777" w:rsidR="00517F57" w:rsidRDefault="00000000">
      <w:pPr>
        <w:spacing w:after="80" w:line="252" w:lineRule="auto"/>
      </w:pPr>
      <w:r>
        <w:rPr>
          <w:color w:val="222222"/>
        </w:rPr>
        <w:t>Map how one everyday product or service creates environmental impacts.</w:t>
      </w:r>
    </w:p>
    <w:p w14:paraId="41CAFC02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2332BDE2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Choose one product/service used in training or work.</w:t>
      </w:r>
    </w:p>
    <w:p w14:paraId="6CAB42D1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List its main steps: materials, use, transport, waste.</w:t>
      </w:r>
    </w:p>
    <w:p w14:paraId="012F4337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Identify one impact at each step.</w:t>
      </w:r>
    </w:p>
    <w:p w14:paraId="0D324F0E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Mark the step where improvement is easiest.</w:t>
      </w:r>
    </w:p>
    <w:p w14:paraId="5E0F76CB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Share one action idea.</w:t>
      </w:r>
    </w:p>
    <w:p w14:paraId="124D439F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3927DBEA" w14:textId="77777777" w:rsidR="00517F57" w:rsidRDefault="00000000">
      <w:pPr>
        <w:spacing w:after="80" w:line="252" w:lineRule="auto"/>
      </w:pPr>
      <w:r>
        <w:rPr>
          <w:b/>
          <w:color w:val="222222"/>
        </w:rPr>
        <w:t>Completed impact chain map with one improvement point.</w:t>
      </w:r>
    </w:p>
    <w:p w14:paraId="492C7FD7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4B314128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I identified more than one step.</w:t>
      </w:r>
    </w:p>
    <w:p w14:paraId="3B9D8482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I connected actions to impacts.</w:t>
      </w:r>
    </w:p>
    <w:p w14:paraId="24F13510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I chose a realistic improvement point.</w:t>
      </w:r>
    </w:p>
    <w:p w14:paraId="548D6560" w14:textId="77777777" w:rsidR="00517F57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517F57" w14:paraId="36962D0E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F77076A" w14:textId="77777777" w:rsidR="00517F57" w:rsidRDefault="00000000">
            <w:r>
              <w:rPr>
                <w:b/>
                <w:color w:val="D7EFE8"/>
                <w:sz w:val="18"/>
              </w:rPr>
              <w:lastRenderedPageBreak/>
              <w:t>M2-R02 | Module 2 - Sustainability in Practice</w:t>
            </w:r>
          </w:p>
          <w:p w14:paraId="24644ACC" w14:textId="77777777" w:rsidR="00517F57" w:rsidRDefault="00000000">
            <w:r>
              <w:rPr>
                <w:b/>
                <w:color w:val="FFFFFF"/>
                <w:sz w:val="32"/>
              </w:rPr>
              <w:t>Waste Bin Mini-Audit</w:t>
            </w:r>
          </w:p>
        </w:tc>
      </w:tr>
      <w:tr w:rsidR="00517F57" w14:paraId="4F6E1055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4B4DB9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F191AA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45-60 min</w:t>
            </w:r>
          </w:p>
        </w:tc>
      </w:tr>
      <w:tr w:rsidR="00517F57" w14:paraId="20C5FB10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75642C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90B6E9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Groups</w:t>
            </w:r>
          </w:p>
        </w:tc>
      </w:tr>
      <w:tr w:rsidR="00517F57" w14:paraId="48F64A87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3D564C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24985F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Waste Audit Sheet, gloves if appropriate, camera with consent</w:t>
            </w:r>
          </w:p>
        </w:tc>
      </w:tr>
    </w:tbl>
    <w:p w14:paraId="2B960AF7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362F6B1D" w14:textId="77777777" w:rsidR="00517F57" w:rsidRDefault="00000000">
      <w:pPr>
        <w:spacing w:after="80" w:line="252" w:lineRule="auto"/>
      </w:pPr>
      <w:r>
        <w:rPr>
          <w:color w:val="222222"/>
        </w:rPr>
        <w:t>Measure and classify waste in a safe, simple way, then identify one improvement.</w:t>
      </w:r>
    </w:p>
    <w:p w14:paraId="542D1904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6125945B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Choose one bin or waste point.</w:t>
      </w:r>
    </w:p>
    <w:p w14:paraId="79B94218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Observe without creating mess or risk.</w:t>
      </w:r>
    </w:p>
    <w:p w14:paraId="53298728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Count items by category: paper, plastic, food, mixed, reusable.</w:t>
      </w:r>
    </w:p>
    <w:p w14:paraId="7B32EDDB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Record numbers and take non-personal photo evidence if allowed.</w:t>
      </w:r>
    </w:p>
    <w:p w14:paraId="6BDBF313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Choose one low-effort/high-impact change.</w:t>
      </w:r>
    </w:p>
    <w:p w14:paraId="70091E4E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28DC80A9" w14:textId="77777777" w:rsidR="00517F57" w:rsidRDefault="00000000">
      <w:pPr>
        <w:spacing w:after="80" w:line="252" w:lineRule="auto"/>
      </w:pPr>
      <w:r>
        <w:rPr>
          <w:b/>
          <w:color w:val="222222"/>
        </w:rPr>
        <w:t>Completed Waste Audit Sheet and one action card.</w:t>
      </w:r>
    </w:p>
    <w:p w14:paraId="2E40A3A5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00D2B907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The audit was safe and respectful.</w:t>
      </w:r>
    </w:p>
    <w:p w14:paraId="2F10EAFB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Numbers are recorded clearly.</w:t>
      </w:r>
    </w:p>
    <w:p w14:paraId="371363D2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The action is based on evidence.</w:t>
      </w:r>
    </w:p>
    <w:p w14:paraId="7DE93CF3" w14:textId="77777777" w:rsidR="00517F57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517F57" w14:paraId="3E487D0F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7D42DB6" w14:textId="77777777" w:rsidR="00517F57" w:rsidRDefault="00000000">
            <w:r>
              <w:rPr>
                <w:b/>
                <w:color w:val="D7EFE8"/>
                <w:sz w:val="18"/>
              </w:rPr>
              <w:lastRenderedPageBreak/>
              <w:t>M2-R03 | Module 2 - Sustainability in Practice</w:t>
            </w:r>
          </w:p>
          <w:p w14:paraId="21EA8DA3" w14:textId="77777777" w:rsidR="00517F57" w:rsidRDefault="00000000">
            <w:r>
              <w:rPr>
                <w:b/>
                <w:color w:val="FFFFFF"/>
                <w:sz w:val="32"/>
              </w:rPr>
              <w:t>Energy Use Diary</w:t>
            </w:r>
          </w:p>
        </w:tc>
      </w:tr>
      <w:tr w:rsidR="00517F57" w14:paraId="614023D6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F26FED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BCE23D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30 min + optional 1-day tracking</w:t>
            </w:r>
          </w:p>
        </w:tc>
      </w:tr>
      <w:tr w:rsidR="00517F57" w14:paraId="204733B7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ABB53C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54BF98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Individual</w:t>
            </w:r>
          </w:p>
        </w:tc>
      </w:tr>
      <w:tr w:rsidR="00517F57" w14:paraId="1EF6B2BF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97B2F1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B8C1FB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Energy Diary Worksheet</w:t>
            </w:r>
          </w:p>
        </w:tc>
      </w:tr>
    </w:tbl>
    <w:p w14:paraId="793406D3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5BF6CAC1" w14:textId="77777777" w:rsidR="00517F57" w:rsidRDefault="00000000">
      <w:pPr>
        <w:spacing w:after="80" w:line="252" w:lineRule="auto"/>
      </w:pPr>
      <w:r>
        <w:rPr>
          <w:color w:val="222222"/>
        </w:rPr>
        <w:t>Track energy use from devices or classroom/workplace habits and suggest one reduction.</w:t>
      </w:r>
    </w:p>
    <w:p w14:paraId="25CD42EE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4E8D5EC1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Choose one energy use: lights, chargers, screens, machines, heating/cooling.</w:t>
      </w:r>
    </w:p>
    <w:p w14:paraId="2078F818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Record when it is used and for how long.</w:t>
      </w:r>
    </w:p>
    <w:p w14:paraId="5BD26C5C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Identify one avoidable use.</w:t>
      </w:r>
    </w:p>
    <w:p w14:paraId="3293F5BE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Propose a small change.</w:t>
      </w:r>
    </w:p>
    <w:p w14:paraId="71473836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Write who should do it and when.</w:t>
      </w:r>
    </w:p>
    <w:p w14:paraId="544466AD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5F23ECD0" w14:textId="77777777" w:rsidR="00517F57" w:rsidRDefault="00000000">
      <w:pPr>
        <w:spacing w:after="80" w:line="252" w:lineRule="auto"/>
      </w:pPr>
      <w:r>
        <w:rPr>
          <w:b/>
          <w:color w:val="222222"/>
        </w:rPr>
        <w:t>Energy diary plus one action proposal.</w:t>
      </w:r>
    </w:p>
    <w:p w14:paraId="0040CBF8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50DDABDB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I recorded real observations.</w:t>
      </w:r>
    </w:p>
    <w:p w14:paraId="6316C454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My proposal is specific.</w:t>
      </w:r>
    </w:p>
    <w:p w14:paraId="7B76B596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It can be tried without large cost.</w:t>
      </w:r>
    </w:p>
    <w:p w14:paraId="14212AFD" w14:textId="77777777" w:rsidR="00517F57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517F57" w14:paraId="5DB298DC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577AEA2D" w14:textId="77777777" w:rsidR="00517F57" w:rsidRDefault="00000000">
            <w:r>
              <w:rPr>
                <w:b/>
                <w:color w:val="D7EFE8"/>
                <w:sz w:val="18"/>
              </w:rPr>
              <w:lastRenderedPageBreak/>
              <w:t>M2-R04 | Module 2 - Sustainability in Practice</w:t>
            </w:r>
          </w:p>
          <w:p w14:paraId="21769804" w14:textId="77777777" w:rsidR="00517F57" w:rsidRDefault="00000000">
            <w:r>
              <w:rPr>
                <w:b/>
                <w:color w:val="FFFFFF"/>
                <w:sz w:val="32"/>
              </w:rPr>
              <w:t>Materials Detective</w:t>
            </w:r>
          </w:p>
        </w:tc>
      </w:tr>
      <w:tr w:rsidR="00517F57" w14:paraId="47F91A2F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9F0DBC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DEA8A9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35 min</w:t>
            </w:r>
          </w:p>
        </w:tc>
      </w:tr>
      <w:tr w:rsidR="00517F57" w14:paraId="79790C92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6E5F28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455274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Pairs</w:t>
            </w:r>
          </w:p>
        </w:tc>
      </w:tr>
      <w:tr w:rsidR="00517F57" w14:paraId="1658C317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E4347A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BDF47A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Object or product, Materials Detective Sheet</w:t>
            </w:r>
          </w:p>
        </w:tc>
      </w:tr>
    </w:tbl>
    <w:p w14:paraId="664109DE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6824728C" w14:textId="77777777" w:rsidR="00517F57" w:rsidRDefault="00000000">
      <w:pPr>
        <w:spacing w:after="80" w:line="252" w:lineRule="auto"/>
      </w:pPr>
      <w:r>
        <w:rPr>
          <w:color w:val="222222"/>
        </w:rPr>
        <w:t>Choose an object and identify what it is made from, how it is used, and what happens after use.</w:t>
      </w:r>
    </w:p>
    <w:p w14:paraId="594B4A16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3866170B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Choose a common object from training/work.</w:t>
      </w:r>
    </w:p>
    <w:p w14:paraId="3F8ECDCC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List visible materials.</w:t>
      </w:r>
    </w:p>
    <w:p w14:paraId="6479EBEA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Guess or research where the material comes from.</w:t>
      </w:r>
    </w:p>
    <w:p w14:paraId="345C63EC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Decide whether it can be reused, repaired, recycled or avoided.</w:t>
      </w:r>
    </w:p>
    <w:p w14:paraId="57722E7F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Suggest one better choice.</w:t>
      </w:r>
    </w:p>
    <w:p w14:paraId="526EAF34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7B443B66" w14:textId="77777777" w:rsidR="00517F57" w:rsidRDefault="00000000">
      <w:pPr>
        <w:spacing w:after="80" w:line="252" w:lineRule="auto"/>
      </w:pPr>
      <w:r>
        <w:rPr>
          <w:b/>
          <w:color w:val="222222"/>
        </w:rPr>
        <w:t>Materials Detective Sheet.</w:t>
      </w:r>
    </w:p>
    <w:p w14:paraId="03A7AC46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5288A26A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I identified at least two materials.</w:t>
      </w:r>
    </w:p>
    <w:p w14:paraId="5ECBA40F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I considered end-of-life.</w:t>
      </w:r>
    </w:p>
    <w:p w14:paraId="4561AE56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My suggestion is practical.</w:t>
      </w:r>
    </w:p>
    <w:p w14:paraId="4F69FFBE" w14:textId="77777777" w:rsidR="00517F57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517F57" w14:paraId="2CD75548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0850872" w14:textId="77777777" w:rsidR="00517F57" w:rsidRDefault="00000000">
            <w:r>
              <w:rPr>
                <w:b/>
                <w:color w:val="D7EFE8"/>
                <w:sz w:val="18"/>
              </w:rPr>
              <w:lastRenderedPageBreak/>
              <w:t>M2-R05 | Module 2 - Sustainability in Practice</w:t>
            </w:r>
          </w:p>
          <w:p w14:paraId="7AA1D0E2" w14:textId="77777777" w:rsidR="00517F57" w:rsidRDefault="00000000">
            <w:r>
              <w:rPr>
                <w:b/>
                <w:color w:val="FFFFFF"/>
                <w:sz w:val="32"/>
              </w:rPr>
              <w:t>Circularity Swap Challenge</w:t>
            </w:r>
          </w:p>
        </w:tc>
      </w:tr>
      <w:tr w:rsidR="00517F57" w14:paraId="378F194B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EF6347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C07682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40 min</w:t>
            </w:r>
          </w:p>
        </w:tc>
      </w:tr>
      <w:tr w:rsidR="00517F57" w14:paraId="4055BD2E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CA1157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07E7D5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Groups</w:t>
            </w:r>
          </w:p>
        </w:tc>
      </w:tr>
      <w:tr w:rsidR="00517F57" w14:paraId="223F9FC6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476FA5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92CFEE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Circularity Swap Worksheet</w:t>
            </w:r>
          </w:p>
        </w:tc>
      </w:tr>
    </w:tbl>
    <w:p w14:paraId="7DE13F40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45446FAA" w14:textId="77777777" w:rsidR="00517F57" w:rsidRDefault="00000000">
      <w:pPr>
        <w:spacing w:after="80" w:line="252" w:lineRule="auto"/>
      </w:pPr>
      <w:r>
        <w:rPr>
          <w:color w:val="222222"/>
        </w:rPr>
        <w:t>Replace a linear habit with a more circular one.</w:t>
      </w:r>
    </w:p>
    <w:p w14:paraId="6D7C9882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5FF3A591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Choose one linear habit: buy-use-throw away.</w:t>
      </w:r>
    </w:p>
    <w:p w14:paraId="21238CB6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Brainstorm reduce, reuse, repair, share, recycle options.</w:t>
      </w:r>
    </w:p>
    <w:p w14:paraId="6BD9DE35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Choose the easiest circular alternative.</w:t>
      </w:r>
    </w:p>
    <w:p w14:paraId="202E8B05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List possible barriers.</w:t>
      </w:r>
    </w:p>
    <w:p w14:paraId="34980AB8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Design a one-week trial.</w:t>
      </w:r>
    </w:p>
    <w:p w14:paraId="47E00EC2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79A3011D" w14:textId="77777777" w:rsidR="00517F57" w:rsidRDefault="00000000">
      <w:pPr>
        <w:spacing w:after="80" w:line="252" w:lineRule="auto"/>
      </w:pPr>
      <w:r>
        <w:rPr>
          <w:b/>
          <w:color w:val="222222"/>
        </w:rPr>
        <w:t>Circularity swap plan.</w:t>
      </w:r>
    </w:p>
    <w:p w14:paraId="7D6EB12A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1A8F8D60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The alternative reduces waste or resource use.</w:t>
      </w:r>
    </w:p>
    <w:p w14:paraId="102F4BC2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Barriers are realistic.</w:t>
      </w:r>
    </w:p>
    <w:p w14:paraId="017A0794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The one-week trial is clear.</w:t>
      </w:r>
    </w:p>
    <w:p w14:paraId="418171C9" w14:textId="77777777" w:rsidR="00517F57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517F57" w14:paraId="4F25C407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DF70EA1" w14:textId="77777777" w:rsidR="00517F57" w:rsidRDefault="00000000">
            <w:r>
              <w:rPr>
                <w:b/>
                <w:color w:val="D7EFE8"/>
                <w:sz w:val="18"/>
              </w:rPr>
              <w:lastRenderedPageBreak/>
              <w:t>M2-R06 | Module 2 - Sustainability in Practice</w:t>
            </w:r>
          </w:p>
          <w:p w14:paraId="29F8F6EE" w14:textId="77777777" w:rsidR="00517F57" w:rsidRDefault="00000000">
            <w:r>
              <w:rPr>
                <w:b/>
                <w:color w:val="FFFFFF"/>
                <w:sz w:val="32"/>
              </w:rPr>
              <w:t>Low-Effort / High-Impact Matrix</w:t>
            </w:r>
          </w:p>
        </w:tc>
      </w:tr>
      <w:tr w:rsidR="00517F57" w14:paraId="67BF3D42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DE29E4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F9F881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25 min</w:t>
            </w:r>
          </w:p>
        </w:tc>
      </w:tr>
      <w:tr w:rsidR="00517F57" w14:paraId="62F2C391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9E095C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D9D5FA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Groups</w:t>
            </w:r>
          </w:p>
        </w:tc>
      </w:tr>
      <w:tr w:rsidR="00517F57" w14:paraId="2ACD7025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45734F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656B2E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Matrix template</w:t>
            </w:r>
          </w:p>
        </w:tc>
      </w:tr>
    </w:tbl>
    <w:p w14:paraId="26540A45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011ABB58" w14:textId="77777777" w:rsidR="00517F57" w:rsidRDefault="00000000">
      <w:pPr>
        <w:spacing w:after="80" w:line="252" w:lineRule="auto"/>
      </w:pPr>
      <w:r>
        <w:rPr>
          <w:color w:val="222222"/>
        </w:rPr>
        <w:t>Rank sustainability ideas by effort and impact.</w:t>
      </w:r>
    </w:p>
    <w:p w14:paraId="7991D89F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6B30566A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Write 6 improvement ideas from the audit.</w:t>
      </w:r>
    </w:p>
    <w:p w14:paraId="38701DDD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Place each idea on the matrix: effort vs impact.</w:t>
      </w:r>
    </w:p>
    <w:p w14:paraId="40367CC7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Choose one low-effort/high-impact idea.</w:t>
      </w:r>
    </w:p>
    <w:p w14:paraId="055DC1CD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Choose one high-impact idea for future planning.</w:t>
      </w:r>
    </w:p>
    <w:p w14:paraId="78E09156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Explain the decision in one sentence.</w:t>
      </w:r>
    </w:p>
    <w:p w14:paraId="5A349577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2E56CE93" w14:textId="77777777" w:rsidR="00517F57" w:rsidRDefault="00000000">
      <w:pPr>
        <w:spacing w:after="80" w:line="252" w:lineRule="auto"/>
      </w:pPr>
      <w:r>
        <w:rPr>
          <w:b/>
          <w:color w:val="222222"/>
        </w:rPr>
        <w:t>Completed decision matrix.</w:t>
      </w:r>
    </w:p>
    <w:p w14:paraId="533F96CC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4988EF31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We considered effort and impact separately.</w:t>
      </w:r>
    </w:p>
    <w:p w14:paraId="254D17E6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Our chosen action can start soon.</w:t>
      </w:r>
    </w:p>
    <w:p w14:paraId="199A9804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We did not choose only the easiest idea without impact.</w:t>
      </w:r>
    </w:p>
    <w:p w14:paraId="5AC6938A" w14:textId="77777777" w:rsidR="00517F57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517F57" w14:paraId="6F32DBC9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F16F6EB" w14:textId="77777777" w:rsidR="00517F57" w:rsidRDefault="00000000">
            <w:r>
              <w:rPr>
                <w:b/>
                <w:color w:val="D7EFE8"/>
                <w:sz w:val="18"/>
              </w:rPr>
              <w:lastRenderedPageBreak/>
              <w:t>M2-R07 | Module 2 - Sustainability in Practice</w:t>
            </w:r>
          </w:p>
          <w:p w14:paraId="7F0B4A6B" w14:textId="77777777" w:rsidR="00517F57" w:rsidRDefault="00000000">
            <w:r>
              <w:rPr>
                <w:b/>
                <w:color w:val="FFFFFF"/>
                <w:sz w:val="32"/>
              </w:rPr>
              <w:t>Trade-Off Debate Card</w:t>
            </w:r>
          </w:p>
        </w:tc>
      </w:tr>
      <w:tr w:rsidR="00517F57" w14:paraId="3BF50B5E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26A409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6FA40B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35 min</w:t>
            </w:r>
          </w:p>
        </w:tc>
      </w:tr>
      <w:tr w:rsidR="00517F57" w14:paraId="662867DD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C1F907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7B6041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Two groups</w:t>
            </w:r>
          </w:p>
        </w:tc>
      </w:tr>
      <w:tr w:rsidR="00517F57" w14:paraId="28E506B1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2589B7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20F1B2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Trade-off scenario card</w:t>
            </w:r>
          </w:p>
        </w:tc>
      </w:tr>
    </w:tbl>
    <w:p w14:paraId="753E83A6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7A4D5EDA" w14:textId="77777777" w:rsidR="00517F57" w:rsidRDefault="00000000">
      <w:pPr>
        <w:spacing w:after="80" w:line="252" w:lineRule="auto"/>
      </w:pPr>
      <w:r>
        <w:rPr>
          <w:color w:val="222222"/>
        </w:rPr>
        <w:t>Discuss a green action that has benefits and limitations.</w:t>
      </w:r>
    </w:p>
    <w:p w14:paraId="053CD29A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096805BC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Read the scenario.</w:t>
      </w:r>
    </w:p>
    <w:p w14:paraId="76B0C214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Group A argues benefits; Group B argues risks or barriers.</w:t>
      </w:r>
    </w:p>
    <w:p w14:paraId="76126FB9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Switch roles for 5 minutes.</w:t>
      </w:r>
    </w:p>
    <w:p w14:paraId="3C551327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Agree on a balanced decision.</w:t>
      </w:r>
    </w:p>
    <w:p w14:paraId="26CC9E41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Write the final recommendation.</w:t>
      </w:r>
    </w:p>
    <w:p w14:paraId="12DFEA59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332E1DCB" w14:textId="77777777" w:rsidR="00517F57" w:rsidRDefault="00000000">
      <w:pPr>
        <w:spacing w:after="80" w:line="252" w:lineRule="auto"/>
      </w:pPr>
      <w:r>
        <w:rPr>
          <w:b/>
          <w:color w:val="222222"/>
        </w:rPr>
        <w:t>Trade-off recommendation note.</w:t>
      </w:r>
    </w:p>
    <w:p w14:paraId="0B39B6D6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4027EB29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We named benefits and barriers.</w:t>
      </w:r>
    </w:p>
    <w:p w14:paraId="56755F4E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We listened to the opposite view.</w:t>
      </w:r>
    </w:p>
    <w:p w14:paraId="6FD62440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Our final decision is balanced.</w:t>
      </w:r>
    </w:p>
    <w:p w14:paraId="0539A131" w14:textId="77777777" w:rsidR="00517F57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517F57" w14:paraId="57921CDE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EE984AF" w14:textId="77777777" w:rsidR="00517F57" w:rsidRDefault="00000000">
            <w:r>
              <w:rPr>
                <w:b/>
                <w:color w:val="D7EFE8"/>
                <w:sz w:val="18"/>
              </w:rPr>
              <w:lastRenderedPageBreak/>
              <w:t>M2-R08 | Module 2 - Sustainability in Practice</w:t>
            </w:r>
          </w:p>
          <w:p w14:paraId="2F93E3AC" w14:textId="77777777" w:rsidR="00517F57" w:rsidRDefault="00000000">
            <w:r>
              <w:rPr>
                <w:b/>
                <w:color w:val="FFFFFF"/>
                <w:sz w:val="32"/>
              </w:rPr>
              <w:t>Eco-Action Card</w:t>
            </w:r>
          </w:p>
        </w:tc>
      </w:tr>
      <w:tr w:rsidR="00517F57" w14:paraId="3FB8B73A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6A5342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08BFF3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30 min</w:t>
            </w:r>
          </w:p>
        </w:tc>
      </w:tr>
      <w:tr w:rsidR="00517F57" w14:paraId="42294AC8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59FFC4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B5D7ED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Individual or groups</w:t>
            </w:r>
          </w:p>
        </w:tc>
      </w:tr>
      <w:tr w:rsidR="00517F57" w14:paraId="05A71B63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26B086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4EE4A9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Eco-Action Card template</w:t>
            </w:r>
          </w:p>
        </w:tc>
      </w:tr>
    </w:tbl>
    <w:p w14:paraId="76D25F55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7FA02CD2" w14:textId="77777777" w:rsidR="00517F57" w:rsidRDefault="00000000">
      <w:pPr>
        <w:spacing w:after="80" w:line="252" w:lineRule="auto"/>
      </w:pPr>
      <w:r>
        <w:rPr>
          <w:color w:val="222222"/>
        </w:rPr>
        <w:t>Turn one audit insight into a concrete action.</w:t>
      </w:r>
    </w:p>
    <w:p w14:paraId="3EE478B0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5DF6D047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Define the action using: What, Why, Who, When, Cost, Impact.</w:t>
      </w:r>
    </w:p>
    <w:p w14:paraId="60A1138D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Make the action small enough to start.</w:t>
      </w:r>
    </w:p>
    <w:p w14:paraId="1E77E74F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Add one simple indicator to measure success.</w:t>
      </w:r>
    </w:p>
    <w:p w14:paraId="78F1886E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Identify one possible barrier.</w:t>
      </w:r>
    </w:p>
    <w:p w14:paraId="650BCFC8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Prepare to pitch it in 60 seconds.</w:t>
      </w:r>
    </w:p>
    <w:p w14:paraId="112F142F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56261176" w14:textId="77777777" w:rsidR="00517F57" w:rsidRDefault="00000000">
      <w:pPr>
        <w:spacing w:after="80" w:line="252" w:lineRule="auto"/>
      </w:pPr>
      <w:r>
        <w:rPr>
          <w:b/>
          <w:color w:val="222222"/>
        </w:rPr>
        <w:t>Completed Eco-Action Card.</w:t>
      </w:r>
    </w:p>
    <w:p w14:paraId="0D78B329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6A7DF6D2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The action is specific.</w:t>
      </w:r>
    </w:p>
    <w:p w14:paraId="7D72C8B3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Responsibility and timing are clear.</w:t>
      </w:r>
    </w:p>
    <w:p w14:paraId="378A893E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There is one measurable indicator.</w:t>
      </w:r>
    </w:p>
    <w:p w14:paraId="58BFE012" w14:textId="77777777" w:rsidR="00517F57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517F57" w14:paraId="1AED9947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5403F67E" w14:textId="77777777" w:rsidR="00517F57" w:rsidRDefault="00000000">
            <w:r>
              <w:rPr>
                <w:b/>
                <w:color w:val="D7EFE8"/>
                <w:sz w:val="18"/>
              </w:rPr>
              <w:lastRenderedPageBreak/>
              <w:t>M2-R09 | Module 2 - Sustainability in Practice</w:t>
            </w:r>
          </w:p>
          <w:p w14:paraId="37142574" w14:textId="77777777" w:rsidR="00517F57" w:rsidRDefault="00000000">
            <w:r>
              <w:rPr>
                <w:b/>
                <w:color w:val="FFFFFF"/>
                <w:sz w:val="32"/>
              </w:rPr>
              <w:t>One-Slide Sustainability Notice</w:t>
            </w:r>
          </w:p>
        </w:tc>
      </w:tr>
      <w:tr w:rsidR="00517F57" w14:paraId="7F704F2C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1DECDF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14E3B5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30 min</w:t>
            </w:r>
          </w:p>
        </w:tc>
      </w:tr>
      <w:tr w:rsidR="00517F57" w14:paraId="59AA7422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9A4293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F8B0FB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Individual or pairs</w:t>
            </w:r>
          </w:p>
        </w:tc>
      </w:tr>
      <w:tr w:rsidR="00517F57" w14:paraId="2A1AC234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362C37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4B4173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Blank slide or paper template</w:t>
            </w:r>
          </w:p>
        </w:tc>
      </w:tr>
    </w:tbl>
    <w:p w14:paraId="5F990E2B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0DC17A31" w14:textId="77777777" w:rsidR="00517F57" w:rsidRDefault="00000000">
      <w:pPr>
        <w:spacing w:after="80" w:line="252" w:lineRule="auto"/>
      </w:pPr>
      <w:r>
        <w:rPr>
          <w:color w:val="222222"/>
        </w:rPr>
        <w:t>Create a one-slide notice that communicates one sustainability action.</w:t>
      </w:r>
    </w:p>
    <w:p w14:paraId="527952DC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136CB072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Choose one action from the audit.</w:t>
      </w:r>
    </w:p>
    <w:p w14:paraId="4BB9B5D1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Write a short title and call-to-action.</w:t>
      </w:r>
    </w:p>
    <w:p w14:paraId="2E80F9CE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Add one data point or observation.</w:t>
      </w:r>
    </w:p>
    <w:p w14:paraId="24FC1660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Add one simple visual or icon.</w:t>
      </w:r>
    </w:p>
    <w:p w14:paraId="75F31FBD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Check that the message is clear in 10 seconds.</w:t>
      </w:r>
    </w:p>
    <w:p w14:paraId="0B157EB7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52AAD911" w14:textId="77777777" w:rsidR="00517F57" w:rsidRDefault="00000000">
      <w:pPr>
        <w:spacing w:after="80" w:line="252" w:lineRule="auto"/>
      </w:pPr>
      <w:r>
        <w:rPr>
          <w:b/>
          <w:color w:val="222222"/>
        </w:rPr>
        <w:t>One-slide noticeboard visual.</w:t>
      </w:r>
    </w:p>
    <w:p w14:paraId="7F564FEB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2D44D60B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The action is visible immediately.</w:t>
      </w:r>
    </w:p>
    <w:p w14:paraId="44D43E96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There is evidence, not only opinion.</w:t>
      </w:r>
    </w:p>
    <w:p w14:paraId="1D71CB20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The message invites others to act.</w:t>
      </w:r>
    </w:p>
    <w:p w14:paraId="318A3ACE" w14:textId="77777777" w:rsidR="00517F57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517F57" w14:paraId="24B4F930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EFEC2CF" w14:textId="77777777" w:rsidR="00517F57" w:rsidRDefault="00000000">
            <w:r>
              <w:rPr>
                <w:b/>
                <w:color w:val="D7EFE8"/>
                <w:sz w:val="18"/>
              </w:rPr>
              <w:lastRenderedPageBreak/>
              <w:t>M2-R10 | Module 2 - Sustainability in Practice</w:t>
            </w:r>
          </w:p>
          <w:p w14:paraId="2E844E1A" w14:textId="77777777" w:rsidR="00517F57" w:rsidRDefault="00000000">
            <w:r>
              <w:rPr>
                <w:b/>
                <w:color w:val="FFFFFF"/>
                <w:sz w:val="32"/>
              </w:rPr>
              <w:t>Two-Minute Eco-Pitch</w:t>
            </w:r>
          </w:p>
        </w:tc>
      </w:tr>
      <w:tr w:rsidR="00517F57" w14:paraId="28B931FE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C873B0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0B0B32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45 min</w:t>
            </w:r>
          </w:p>
        </w:tc>
      </w:tr>
      <w:tr w:rsidR="00517F57" w14:paraId="5254F274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BF92EC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7443AC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Pairs or small groups</w:t>
            </w:r>
          </w:p>
        </w:tc>
      </w:tr>
      <w:tr w:rsidR="00517F57" w14:paraId="3A178B0B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E6253C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2F2126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Pitch script template</w:t>
            </w:r>
          </w:p>
        </w:tc>
      </w:tr>
    </w:tbl>
    <w:p w14:paraId="343DEF7A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4718E3ED" w14:textId="77777777" w:rsidR="00517F57" w:rsidRDefault="00000000">
      <w:pPr>
        <w:spacing w:after="80" w:line="252" w:lineRule="auto"/>
      </w:pPr>
      <w:r>
        <w:rPr>
          <w:color w:val="222222"/>
        </w:rPr>
        <w:t>Prepare a 2-minute pitch for one eco-improvement plan.</w:t>
      </w:r>
    </w:p>
    <w:p w14:paraId="20ECD550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38C02C37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State the problem in one sentence.</w:t>
      </w:r>
    </w:p>
    <w:p w14:paraId="3F6CFEC4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Present the audit evidence.</w:t>
      </w:r>
    </w:p>
    <w:p w14:paraId="5376754D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Explain the proposed action.</w:t>
      </w:r>
    </w:p>
    <w:p w14:paraId="027EEB7C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Name expected benefit and one limitation.</w:t>
      </w:r>
    </w:p>
    <w:p w14:paraId="5A1CA5B9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Close with a clear request.</w:t>
      </w:r>
    </w:p>
    <w:p w14:paraId="180E9476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02622CB7" w14:textId="77777777" w:rsidR="00517F57" w:rsidRDefault="00000000">
      <w:pPr>
        <w:spacing w:after="80" w:line="252" w:lineRule="auto"/>
      </w:pPr>
      <w:r>
        <w:rPr>
          <w:b/>
          <w:color w:val="222222"/>
        </w:rPr>
        <w:t>2-minute pitch script or recorded pitch.</w:t>
      </w:r>
    </w:p>
    <w:p w14:paraId="0B5A24A7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1C3CC8AE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The pitch uses evidence.</w:t>
      </w:r>
    </w:p>
    <w:p w14:paraId="62EB738C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The action is feasible.</w:t>
      </w:r>
    </w:p>
    <w:p w14:paraId="7DBCA33A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The request is clear.</w:t>
      </w:r>
    </w:p>
    <w:p w14:paraId="48CED6AA" w14:textId="77777777" w:rsidR="00517F57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517F57" w14:paraId="1A52D552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20E157E" w14:textId="77777777" w:rsidR="00517F57" w:rsidRDefault="00000000">
            <w:r>
              <w:rPr>
                <w:b/>
                <w:color w:val="D7EFE8"/>
                <w:sz w:val="18"/>
              </w:rPr>
              <w:lastRenderedPageBreak/>
              <w:t>M2-R11 | Module 2 - Sustainability in Practice</w:t>
            </w:r>
          </w:p>
          <w:p w14:paraId="315B6588" w14:textId="77777777" w:rsidR="00517F57" w:rsidRDefault="00000000">
            <w:r>
              <w:rPr>
                <w:b/>
                <w:color w:val="FFFFFF"/>
                <w:sz w:val="32"/>
              </w:rPr>
              <w:t>Two-Week Action Tracker</w:t>
            </w:r>
          </w:p>
        </w:tc>
      </w:tr>
      <w:tr w:rsidR="00517F57" w14:paraId="5D1232DC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CE6621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30FACB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15 min setup + tracking</w:t>
            </w:r>
          </w:p>
        </w:tc>
      </w:tr>
      <w:tr w:rsidR="00517F57" w14:paraId="7318EB56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35F818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7B5FDA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Individual or team</w:t>
            </w:r>
          </w:p>
        </w:tc>
      </w:tr>
      <w:tr w:rsidR="00517F57" w14:paraId="40334DFD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09247A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C914E4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Action tracker</w:t>
            </w:r>
          </w:p>
        </w:tc>
      </w:tr>
    </w:tbl>
    <w:p w14:paraId="0B43B09D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3EDB385F" w14:textId="77777777" w:rsidR="00517F57" w:rsidRDefault="00000000">
      <w:pPr>
        <w:spacing w:after="80" w:line="252" w:lineRule="auto"/>
      </w:pPr>
      <w:r>
        <w:rPr>
          <w:color w:val="222222"/>
        </w:rPr>
        <w:t>Track whether a sustainability action is actually tried after the lesson.</w:t>
      </w:r>
    </w:p>
    <w:p w14:paraId="7B0E7D55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75EB2A80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Write the action and start date.</w:t>
      </w:r>
    </w:p>
    <w:p w14:paraId="59CA5DD2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Choose one metric.</w:t>
      </w:r>
    </w:p>
    <w:p w14:paraId="437E1BBA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Record progress at least 3 times.</w:t>
      </w:r>
    </w:p>
    <w:p w14:paraId="57FA91A0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Note barriers and adjustments.</w:t>
      </w:r>
    </w:p>
    <w:p w14:paraId="42B185E9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Write final result and next step.</w:t>
      </w:r>
    </w:p>
    <w:p w14:paraId="2F6B0CDE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38D97698" w14:textId="77777777" w:rsidR="00517F57" w:rsidRDefault="00000000">
      <w:pPr>
        <w:spacing w:after="80" w:line="252" w:lineRule="auto"/>
      </w:pPr>
      <w:r>
        <w:rPr>
          <w:b/>
          <w:color w:val="222222"/>
        </w:rPr>
        <w:t>Completed action tracker.</w:t>
      </w:r>
    </w:p>
    <w:p w14:paraId="09A765D0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75F97FB3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Tracking is simple enough to continue.</w:t>
      </w:r>
    </w:p>
    <w:p w14:paraId="7FA4FD7E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The metric shows progress.</w:t>
      </w:r>
    </w:p>
    <w:p w14:paraId="779DDA8F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The next step is based on results.</w:t>
      </w:r>
    </w:p>
    <w:p w14:paraId="7DD68FAA" w14:textId="77777777" w:rsidR="00517F57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  <w:gridCol w:w="60"/>
      </w:tblGrid>
      <w:tr w:rsidR="00517F57" w14:paraId="65563183" w14:textId="77777777">
        <w:trPr>
          <w:gridAfter w:val="1"/>
          <w:wAfter w:w="60" w:type="dxa"/>
          <w:jc w:val="center"/>
        </w:trPr>
        <w:tc>
          <w:tcPr>
            <w:tcW w:w="10656" w:type="dxa"/>
            <w:gridSpan w:val="2"/>
            <w:shd w:val="clear" w:color="auto" w:fill="0F4C5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2B52665E" w14:textId="77777777" w:rsidR="00517F57" w:rsidRDefault="00000000">
            <w:r>
              <w:rPr>
                <w:b/>
                <w:color w:val="D7EFE8"/>
                <w:sz w:val="18"/>
              </w:rPr>
              <w:lastRenderedPageBreak/>
              <w:t>M2-R12 | Module 2 - Sustainability in Practice</w:t>
            </w:r>
          </w:p>
          <w:p w14:paraId="132DF67F" w14:textId="77777777" w:rsidR="00517F57" w:rsidRDefault="00000000">
            <w:r>
              <w:rPr>
                <w:b/>
                <w:color w:val="FFFFFF"/>
                <w:sz w:val="32"/>
              </w:rPr>
              <w:t>Eco-Evidence Portfolio</w:t>
            </w:r>
          </w:p>
        </w:tc>
      </w:tr>
      <w:tr w:rsidR="00517F57" w14:paraId="295D545A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B66474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388545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45 min</w:t>
            </w:r>
          </w:p>
        </w:tc>
      </w:tr>
      <w:tr w:rsidR="00517F57" w14:paraId="4F7789EC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79C194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Setting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045681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Individual or group</w:t>
            </w:r>
          </w:p>
        </w:tc>
      </w:tr>
      <w:tr w:rsidR="00517F57" w14:paraId="3F0D2A32" w14:textId="77777777">
        <w:trPr>
          <w:jc w:val="center"/>
        </w:trPr>
        <w:tc>
          <w:tcPr>
            <w:tcW w:w="53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B8F3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F314A0" w14:textId="77777777" w:rsidR="00517F57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Materials</w:t>
            </w:r>
          </w:p>
        </w:tc>
        <w:tc>
          <w:tcPr>
            <w:tcW w:w="532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F5E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6B1B91" w14:textId="77777777" w:rsidR="00517F57" w:rsidRDefault="00000000">
            <w:pPr>
              <w:spacing w:after="0" w:line="252" w:lineRule="auto"/>
            </w:pPr>
            <w:r>
              <w:rPr>
                <w:sz w:val="18"/>
              </w:rPr>
              <w:t>Portfolio checklist</w:t>
            </w:r>
          </w:p>
        </w:tc>
      </w:tr>
    </w:tbl>
    <w:p w14:paraId="7718938E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Learner task</w:t>
      </w:r>
    </w:p>
    <w:p w14:paraId="04E1B529" w14:textId="77777777" w:rsidR="00517F57" w:rsidRDefault="00000000">
      <w:pPr>
        <w:spacing w:after="80" w:line="252" w:lineRule="auto"/>
      </w:pPr>
      <w:r>
        <w:rPr>
          <w:color w:val="222222"/>
        </w:rPr>
        <w:t>Collect Module 2 evidence into one folder or printed set.</w:t>
      </w:r>
    </w:p>
    <w:p w14:paraId="61EFA20F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Steps</w:t>
      </w:r>
    </w:p>
    <w:p w14:paraId="4129142F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Add impact chain, audit sheet, action card, notice/pitch and tracker.</w:t>
      </w:r>
    </w:p>
    <w:p w14:paraId="5FF816C7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Make sure names and dates are included.</w:t>
      </w:r>
    </w:p>
    <w:p w14:paraId="4B8EC9FA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Add photo evidence only if consent allows.</w:t>
      </w:r>
    </w:p>
    <w:p w14:paraId="3FE7550F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Write a 100-word reflection on one change you can make.</w:t>
      </w:r>
    </w:p>
    <w:p w14:paraId="28B7071A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Submit the folder or printed pack.</w:t>
      </w:r>
    </w:p>
    <w:p w14:paraId="10984471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Output to submit</w:t>
      </w:r>
    </w:p>
    <w:p w14:paraId="3C866E48" w14:textId="77777777" w:rsidR="00517F57" w:rsidRDefault="00000000">
      <w:pPr>
        <w:spacing w:after="80" w:line="252" w:lineRule="auto"/>
      </w:pPr>
      <w:r>
        <w:rPr>
          <w:b/>
          <w:color w:val="222222"/>
        </w:rPr>
        <w:t>Eco-evidence portfolio.</w:t>
      </w:r>
    </w:p>
    <w:p w14:paraId="0C4181B9" w14:textId="77777777" w:rsidR="00517F57" w:rsidRDefault="00000000">
      <w:pPr>
        <w:pStyle w:val="Ttulo2"/>
        <w:spacing w:before="160" w:after="120"/>
      </w:pPr>
      <w:r>
        <w:rPr>
          <w:rFonts w:ascii="Arial" w:hAnsi="Arial"/>
          <w:color w:val="3B8F3F"/>
          <w:sz w:val="28"/>
        </w:rPr>
        <w:t>Quick self-check</w:t>
      </w:r>
    </w:p>
    <w:p w14:paraId="481A4736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Evidence is organised.</w:t>
      </w:r>
    </w:p>
    <w:p w14:paraId="332AB484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No personal photos are used without consent.</w:t>
      </w:r>
    </w:p>
    <w:p w14:paraId="085BF3E3" w14:textId="77777777" w:rsidR="00517F57" w:rsidRDefault="00000000">
      <w:pPr>
        <w:pStyle w:val="Listaconvietas"/>
        <w:spacing w:after="40" w:line="252" w:lineRule="auto"/>
      </w:pPr>
      <w:r>
        <w:rPr>
          <w:sz w:val="18"/>
        </w:rPr>
        <w:t>The reflection connects action to impact.</w:t>
      </w:r>
    </w:p>
    <w:p w14:paraId="4AA80D54" w14:textId="54CA3723" w:rsidR="00517F57" w:rsidRDefault="00517F57"/>
    <w:sectPr w:rsidR="00517F57" w:rsidSect="00034616">
      <w:headerReference w:type="default" r:id="rId8"/>
      <w:footerReference w:type="default" r:id="rId9"/>
      <w:pgSz w:w="12240" w:h="15840"/>
      <w:pgMar w:top="792" w:right="792" w:bottom="792" w:left="792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220B0" w14:textId="77777777" w:rsidR="003A79B5" w:rsidRDefault="003A79B5">
      <w:pPr>
        <w:spacing w:after="0" w:line="240" w:lineRule="auto"/>
      </w:pPr>
      <w:r>
        <w:separator/>
      </w:r>
    </w:p>
  </w:endnote>
  <w:endnote w:type="continuationSeparator" w:id="0">
    <w:p w14:paraId="23640C47" w14:textId="77777777" w:rsidR="003A79B5" w:rsidRDefault="003A7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25A77" w14:textId="77777777" w:rsidR="00517F57" w:rsidRDefault="00000000">
    <w:pPr>
      <w:pStyle w:val="Piedepgina"/>
      <w:jc w:val="center"/>
    </w:pPr>
    <w:r>
      <w:rPr>
        <w:color w:val="666666"/>
        <w:sz w:val="15"/>
      </w:rPr>
      <w:t>Co-funded by the European Union | CC BY 4.0 | For VET learning use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927E9" w14:textId="77777777" w:rsidR="003A79B5" w:rsidRDefault="003A79B5">
      <w:pPr>
        <w:spacing w:after="0" w:line="240" w:lineRule="auto"/>
      </w:pPr>
      <w:r>
        <w:separator/>
      </w:r>
    </w:p>
  </w:footnote>
  <w:footnote w:type="continuationSeparator" w:id="0">
    <w:p w14:paraId="703601D9" w14:textId="77777777" w:rsidR="003A79B5" w:rsidRDefault="003A7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B1F88" w14:textId="77777777" w:rsidR="00517F57" w:rsidRDefault="00000000">
    <w:pPr>
      <w:pStyle w:val="Encabezado"/>
      <w:jc w:val="right"/>
    </w:pPr>
    <w:r>
      <w:rPr>
        <w:b/>
        <w:color w:val="0F4C5C"/>
        <w:sz w:val="16"/>
      </w:rPr>
      <w:t>GREEN-DIGI PATHWAYS | Ready-to-Use Resources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4567798">
    <w:abstractNumId w:val="8"/>
  </w:num>
  <w:num w:numId="2" w16cid:durableId="161818912">
    <w:abstractNumId w:val="6"/>
  </w:num>
  <w:num w:numId="3" w16cid:durableId="458888363">
    <w:abstractNumId w:val="5"/>
  </w:num>
  <w:num w:numId="4" w16cid:durableId="380593222">
    <w:abstractNumId w:val="4"/>
  </w:num>
  <w:num w:numId="5" w16cid:durableId="466047773">
    <w:abstractNumId w:val="7"/>
  </w:num>
  <w:num w:numId="6" w16cid:durableId="2023970282">
    <w:abstractNumId w:val="3"/>
  </w:num>
  <w:num w:numId="7" w16cid:durableId="453450930">
    <w:abstractNumId w:val="2"/>
  </w:num>
  <w:num w:numId="8" w16cid:durableId="1146436666">
    <w:abstractNumId w:val="1"/>
  </w:num>
  <w:num w:numId="9" w16cid:durableId="1719738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79B5"/>
    <w:rsid w:val="00517F57"/>
    <w:rsid w:val="006F1B52"/>
    <w:rsid w:val="0075453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E49622"/>
  <w14:defaultImageDpi w14:val="300"/>
  <w15:docId w15:val="{079ED428-882A-423C-BAB1-524AB40A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Debora Ruberto</cp:lastModifiedBy>
  <cp:revision>2</cp:revision>
  <dcterms:created xsi:type="dcterms:W3CDTF">2013-12-23T23:15:00Z</dcterms:created>
  <dcterms:modified xsi:type="dcterms:W3CDTF">2026-06-05T09:51:00Z</dcterms:modified>
  <cp:category/>
</cp:coreProperties>
</file>