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88DBC" w14:textId="0AF9568B" w:rsidR="004803A5" w:rsidRDefault="00000000">
      <w:pPr>
        <w:pStyle w:val="Ttulo1"/>
        <w:spacing w:before="160" w:after="120"/>
      </w:pPr>
      <w:r>
        <w:rPr>
          <w:rFonts w:ascii="Arial" w:hAnsi="Arial"/>
          <w:color w:val="0F4C5C"/>
          <w:sz w:val="36"/>
        </w:rPr>
        <w:t>Ready-to-Use Activity Cards</w:t>
      </w:r>
    </w:p>
    <w:p w14:paraId="14E253AB" w14:textId="77777777" w:rsidR="004803A5" w:rsidRDefault="00000000">
      <w:pPr>
        <w:spacing w:after="80" w:line="252" w:lineRule="auto"/>
      </w:pPr>
      <w:r>
        <w:rPr>
          <w:color w:val="222222"/>
        </w:rPr>
        <w:t>Each card can be copied into a platform assignment or printed for a classroom/workshop. Learners should produce the listed output.</w:t>
      </w:r>
    </w:p>
    <w:p w14:paraId="49B09007" w14:textId="77777777" w:rsidR="004803A5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  <w:gridCol w:w="60"/>
      </w:tblGrid>
      <w:tr w:rsidR="004803A5" w14:paraId="2ACAC356" w14:textId="77777777">
        <w:trPr>
          <w:gridAfter w:val="1"/>
          <w:wAfter w:w="60" w:type="dxa"/>
          <w:jc w:val="center"/>
        </w:trPr>
        <w:tc>
          <w:tcPr>
            <w:tcW w:w="10656" w:type="dxa"/>
            <w:gridSpan w:val="2"/>
            <w:shd w:val="clear" w:color="auto" w:fill="0F4C5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2F1003C1" w14:textId="77777777" w:rsidR="004803A5" w:rsidRDefault="00000000">
            <w:r>
              <w:rPr>
                <w:b/>
                <w:color w:val="D7EFE8"/>
                <w:sz w:val="18"/>
              </w:rPr>
              <w:lastRenderedPageBreak/>
              <w:t>M3-R01 | Module 3 - Green Entrepreneurship</w:t>
            </w:r>
          </w:p>
          <w:p w14:paraId="146CBE3C" w14:textId="77777777" w:rsidR="004803A5" w:rsidRDefault="00000000">
            <w:r>
              <w:rPr>
                <w:b/>
                <w:color w:val="FFFFFF"/>
                <w:sz w:val="32"/>
              </w:rPr>
              <w:t>Problem Finder Walk</w:t>
            </w:r>
          </w:p>
        </w:tc>
      </w:tr>
      <w:tr w:rsidR="004803A5" w14:paraId="7501F09C" w14:textId="77777777" w:rsidTr="009A2AFA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B49548" w14:textId="77777777" w:rsidR="004803A5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w="538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CFB93C" w14:textId="77777777" w:rsidR="004803A5" w:rsidRDefault="00000000">
            <w:pPr>
              <w:spacing w:after="0" w:line="252" w:lineRule="auto"/>
            </w:pPr>
            <w:r>
              <w:rPr>
                <w:sz w:val="18"/>
              </w:rPr>
              <w:t>35 min</w:t>
            </w:r>
          </w:p>
        </w:tc>
      </w:tr>
      <w:tr w:rsidR="004803A5" w14:paraId="75F2A6F2" w14:textId="77777777" w:rsidTr="009A2AFA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788B41" w14:textId="77777777" w:rsidR="004803A5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Setting</w:t>
            </w:r>
          </w:p>
        </w:tc>
        <w:tc>
          <w:tcPr>
            <w:tcW w:w="538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831CBF" w14:textId="77777777" w:rsidR="004803A5" w:rsidRDefault="00000000">
            <w:pPr>
              <w:spacing w:after="0" w:line="252" w:lineRule="auto"/>
            </w:pPr>
            <w:r>
              <w:rPr>
                <w:sz w:val="18"/>
              </w:rPr>
              <w:t>Individual or pairs</w:t>
            </w:r>
          </w:p>
        </w:tc>
      </w:tr>
      <w:tr w:rsidR="004803A5" w14:paraId="67ABDA57" w14:textId="77777777" w:rsidTr="009A2AFA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FB90C4" w14:textId="77777777" w:rsidR="004803A5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Materials</w:t>
            </w:r>
          </w:p>
        </w:tc>
        <w:tc>
          <w:tcPr>
            <w:tcW w:w="538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ED9CF9" w14:textId="77777777" w:rsidR="004803A5" w:rsidRDefault="00000000">
            <w:pPr>
              <w:spacing w:after="0" w:line="252" w:lineRule="auto"/>
            </w:pPr>
            <w:r>
              <w:rPr>
                <w:sz w:val="18"/>
              </w:rPr>
              <w:t>Problem Finder Worksheet</w:t>
            </w:r>
          </w:p>
        </w:tc>
      </w:tr>
    </w:tbl>
    <w:p w14:paraId="46E42C4C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Learner task</w:t>
      </w:r>
    </w:p>
    <w:p w14:paraId="3A8440A4" w14:textId="77777777" w:rsidR="004803A5" w:rsidRDefault="00000000">
      <w:pPr>
        <w:spacing w:after="80" w:line="252" w:lineRule="auto"/>
      </w:pPr>
      <w:r>
        <w:rPr>
          <w:color w:val="222222"/>
        </w:rPr>
        <w:t>Find a real sustainability problem in school, training, work or community.</w:t>
      </w:r>
    </w:p>
    <w:p w14:paraId="7EB0B608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Steps</w:t>
      </w:r>
    </w:p>
    <w:p w14:paraId="5C4444AB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Observe a place or process for 10 minutes.</w:t>
      </w:r>
    </w:p>
    <w:p w14:paraId="420B4663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List 5 problems linked to waste, energy, access, transport, materials or communication.</w:t>
      </w:r>
    </w:p>
    <w:p w14:paraId="45981DE1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Choose one problem that affects real people.</w:t>
      </w:r>
    </w:p>
    <w:p w14:paraId="77BF1960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Write who experiences the problem and why it matters.</w:t>
      </w:r>
    </w:p>
    <w:p w14:paraId="793D7381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Check whether the problem is small enough to test.</w:t>
      </w:r>
    </w:p>
    <w:p w14:paraId="458510FA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Output to submit</w:t>
      </w:r>
    </w:p>
    <w:p w14:paraId="1CE91D11" w14:textId="77777777" w:rsidR="004803A5" w:rsidRDefault="00000000">
      <w:pPr>
        <w:spacing w:after="80" w:line="252" w:lineRule="auto"/>
      </w:pPr>
      <w:r>
        <w:rPr>
          <w:b/>
          <w:color w:val="222222"/>
        </w:rPr>
        <w:t>Problem Finder Worksheet with one selected problem.</w:t>
      </w:r>
    </w:p>
    <w:p w14:paraId="360CCB46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Quick self-check</w:t>
      </w:r>
    </w:p>
    <w:p w14:paraId="23DF1BD1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The problem is real and observable.</w:t>
      </w:r>
    </w:p>
    <w:p w14:paraId="413ADD2B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A person or group is affected.</w:t>
      </w:r>
    </w:p>
    <w:p w14:paraId="0A4395F6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It can be explored with a small test.</w:t>
      </w:r>
    </w:p>
    <w:p w14:paraId="5DDCC1F3" w14:textId="77777777" w:rsidR="004803A5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  <w:gridCol w:w="60"/>
      </w:tblGrid>
      <w:tr w:rsidR="004803A5" w14:paraId="108CD06B" w14:textId="77777777">
        <w:trPr>
          <w:gridAfter w:val="1"/>
          <w:wAfter w:w="60" w:type="dxa"/>
          <w:jc w:val="center"/>
        </w:trPr>
        <w:tc>
          <w:tcPr>
            <w:tcW w:w="10656" w:type="dxa"/>
            <w:gridSpan w:val="2"/>
            <w:shd w:val="clear" w:color="auto" w:fill="0F4C5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79098155" w14:textId="77777777" w:rsidR="004803A5" w:rsidRDefault="00000000">
            <w:r>
              <w:rPr>
                <w:b/>
                <w:color w:val="D7EFE8"/>
                <w:sz w:val="18"/>
              </w:rPr>
              <w:lastRenderedPageBreak/>
              <w:t>M3-R02 | Module 3 - Green Entrepreneurship</w:t>
            </w:r>
          </w:p>
          <w:p w14:paraId="7CB395F5" w14:textId="77777777" w:rsidR="004803A5" w:rsidRDefault="00000000">
            <w:r>
              <w:rPr>
                <w:b/>
                <w:color w:val="FFFFFF"/>
                <w:sz w:val="32"/>
              </w:rPr>
              <w:t>Stakeholder Scan</w:t>
            </w:r>
          </w:p>
        </w:tc>
      </w:tr>
      <w:tr w:rsidR="004803A5" w14:paraId="78CBB16F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244874" w14:textId="77777777" w:rsidR="004803A5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FC4ABA" w14:textId="77777777" w:rsidR="004803A5" w:rsidRDefault="00000000">
            <w:pPr>
              <w:spacing w:after="0" w:line="252" w:lineRule="auto"/>
            </w:pPr>
            <w:r>
              <w:rPr>
                <w:sz w:val="18"/>
              </w:rPr>
              <w:t>30 min</w:t>
            </w:r>
          </w:p>
        </w:tc>
      </w:tr>
      <w:tr w:rsidR="004803A5" w14:paraId="10C06844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62F6CC" w14:textId="77777777" w:rsidR="004803A5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Setting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A2B32C" w14:textId="77777777" w:rsidR="004803A5" w:rsidRDefault="00000000">
            <w:pPr>
              <w:spacing w:after="0" w:line="252" w:lineRule="auto"/>
            </w:pPr>
            <w:r>
              <w:rPr>
                <w:sz w:val="18"/>
              </w:rPr>
              <w:t>Small groups</w:t>
            </w:r>
          </w:p>
        </w:tc>
      </w:tr>
      <w:tr w:rsidR="004803A5" w14:paraId="295C32E9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6CC4E8" w14:textId="77777777" w:rsidR="004803A5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Materials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CAC7B5" w14:textId="77777777" w:rsidR="004803A5" w:rsidRDefault="00000000">
            <w:pPr>
              <w:spacing w:after="0" w:line="252" w:lineRule="auto"/>
            </w:pPr>
            <w:r>
              <w:rPr>
                <w:sz w:val="18"/>
              </w:rPr>
              <w:t>Stakeholder Scan template</w:t>
            </w:r>
          </w:p>
        </w:tc>
      </w:tr>
    </w:tbl>
    <w:p w14:paraId="5119EB69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Learner task</w:t>
      </w:r>
    </w:p>
    <w:p w14:paraId="6A690205" w14:textId="77777777" w:rsidR="004803A5" w:rsidRDefault="00000000">
      <w:pPr>
        <w:spacing w:after="80" w:line="252" w:lineRule="auto"/>
      </w:pPr>
      <w:r>
        <w:rPr>
          <w:color w:val="222222"/>
        </w:rPr>
        <w:t>Identify who benefits, who pays, who decides, and who might be harmed by a green idea.</w:t>
      </w:r>
    </w:p>
    <w:p w14:paraId="597F62B7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Steps</w:t>
      </w:r>
    </w:p>
    <w:p w14:paraId="06FAEBB6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Write the selected problem/idea.</w:t>
      </w:r>
    </w:p>
    <w:p w14:paraId="633167CD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List at least 5 stakeholders.</w:t>
      </w:r>
    </w:p>
    <w:p w14:paraId="796816A2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Mark each stakeholder as user, payer, partner, influencer or affected group.</w:t>
      </w:r>
    </w:p>
    <w:p w14:paraId="29394C06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Add one possible benefit and one concern.</w:t>
      </w:r>
    </w:p>
    <w:p w14:paraId="16264FBC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Choose two people to interview.</w:t>
      </w:r>
    </w:p>
    <w:p w14:paraId="56CD92B2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Output to submit</w:t>
      </w:r>
    </w:p>
    <w:p w14:paraId="2781A7BC" w14:textId="77777777" w:rsidR="004803A5" w:rsidRDefault="00000000">
      <w:pPr>
        <w:spacing w:after="80" w:line="252" w:lineRule="auto"/>
      </w:pPr>
      <w:r>
        <w:rPr>
          <w:b/>
          <w:color w:val="222222"/>
        </w:rPr>
        <w:t>Completed stakeholder scan.</w:t>
      </w:r>
    </w:p>
    <w:p w14:paraId="340C8E72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Quick self-check</w:t>
      </w:r>
    </w:p>
    <w:p w14:paraId="60C17943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We included affected people, not only customers.</w:t>
      </w:r>
    </w:p>
    <w:p w14:paraId="7955F4F9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We identified possible concerns.</w:t>
      </w:r>
    </w:p>
    <w:p w14:paraId="71A3FB66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We know who to ask for feedback.</w:t>
      </w:r>
    </w:p>
    <w:p w14:paraId="3AF07D81" w14:textId="77777777" w:rsidR="004803A5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  <w:gridCol w:w="60"/>
      </w:tblGrid>
      <w:tr w:rsidR="004803A5" w14:paraId="665D7CF9" w14:textId="77777777">
        <w:trPr>
          <w:gridAfter w:val="1"/>
          <w:wAfter w:w="60" w:type="dxa"/>
          <w:jc w:val="center"/>
        </w:trPr>
        <w:tc>
          <w:tcPr>
            <w:tcW w:w="10656" w:type="dxa"/>
            <w:gridSpan w:val="2"/>
            <w:shd w:val="clear" w:color="auto" w:fill="0F4C5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370B84AC" w14:textId="77777777" w:rsidR="004803A5" w:rsidRDefault="00000000">
            <w:r>
              <w:rPr>
                <w:b/>
                <w:color w:val="D7EFE8"/>
                <w:sz w:val="18"/>
              </w:rPr>
              <w:lastRenderedPageBreak/>
              <w:t>M3-R03 | Module 3 - Green Entrepreneurship</w:t>
            </w:r>
          </w:p>
          <w:p w14:paraId="4FED86E9" w14:textId="77777777" w:rsidR="004803A5" w:rsidRDefault="00000000">
            <w:r>
              <w:rPr>
                <w:b/>
                <w:color w:val="FFFFFF"/>
                <w:sz w:val="32"/>
              </w:rPr>
              <w:t>Green Value Proposition Card</w:t>
            </w:r>
          </w:p>
        </w:tc>
      </w:tr>
      <w:tr w:rsidR="004803A5" w14:paraId="51613469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903E9D" w14:textId="77777777" w:rsidR="004803A5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BEE4ED" w14:textId="77777777" w:rsidR="004803A5" w:rsidRDefault="00000000">
            <w:pPr>
              <w:spacing w:after="0" w:line="252" w:lineRule="auto"/>
            </w:pPr>
            <w:r>
              <w:rPr>
                <w:sz w:val="18"/>
              </w:rPr>
              <w:t>40 min</w:t>
            </w:r>
          </w:p>
        </w:tc>
      </w:tr>
      <w:tr w:rsidR="004803A5" w14:paraId="31BD0BFB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247198" w14:textId="77777777" w:rsidR="004803A5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Setting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2698B5" w14:textId="77777777" w:rsidR="004803A5" w:rsidRDefault="00000000">
            <w:pPr>
              <w:spacing w:after="0" w:line="252" w:lineRule="auto"/>
            </w:pPr>
            <w:r>
              <w:rPr>
                <w:sz w:val="18"/>
              </w:rPr>
              <w:t>Individual or pairs</w:t>
            </w:r>
          </w:p>
        </w:tc>
      </w:tr>
      <w:tr w:rsidR="004803A5" w14:paraId="2640ADC8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8166D0" w14:textId="77777777" w:rsidR="004803A5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Materials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52101B" w14:textId="77777777" w:rsidR="004803A5" w:rsidRDefault="00000000">
            <w:pPr>
              <w:spacing w:after="0" w:line="252" w:lineRule="auto"/>
            </w:pPr>
            <w:r>
              <w:rPr>
                <w:sz w:val="18"/>
              </w:rPr>
              <w:t>Value Proposition template</w:t>
            </w:r>
          </w:p>
        </w:tc>
      </w:tr>
    </w:tbl>
    <w:p w14:paraId="1A57A08F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Learner task</w:t>
      </w:r>
    </w:p>
    <w:p w14:paraId="2EB74BB1" w14:textId="77777777" w:rsidR="004803A5" w:rsidRDefault="00000000">
      <w:pPr>
        <w:spacing w:after="80" w:line="252" w:lineRule="auto"/>
      </w:pPr>
      <w:r>
        <w:rPr>
          <w:color w:val="222222"/>
        </w:rPr>
        <w:t>Turn a problem into a clear green value proposition.</w:t>
      </w:r>
    </w:p>
    <w:p w14:paraId="48DF928D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Steps</w:t>
      </w:r>
    </w:p>
    <w:p w14:paraId="44060F7A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Write the user/customer group.</w:t>
      </w:r>
    </w:p>
    <w:p w14:paraId="378C9682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State the problem in simple words.</w:t>
      </w:r>
    </w:p>
    <w:p w14:paraId="2776D53E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Describe the solution.</w:t>
      </w:r>
    </w:p>
    <w:p w14:paraId="14DF611A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Name the user benefit and the planet benefit.</w:t>
      </w:r>
    </w:p>
    <w:p w14:paraId="589CD10D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Rewrite until it fits in 3 sentences.</w:t>
      </w:r>
    </w:p>
    <w:p w14:paraId="130CB8D1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Output to submit</w:t>
      </w:r>
    </w:p>
    <w:p w14:paraId="6A1ADC46" w14:textId="77777777" w:rsidR="004803A5" w:rsidRDefault="00000000">
      <w:pPr>
        <w:spacing w:after="80" w:line="252" w:lineRule="auto"/>
      </w:pPr>
      <w:r>
        <w:rPr>
          <w:b/>
          <w:color w:val="222222"/>
        </w:rPr>
        <w:t>One-page green value proposition.</w:t>
      </w:r>
    </w:p>
    <w:p w14:paraId="23816C08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Quick self-check</w:t>
      </w:r>
    </w:p>
    <w:p w14:paraId="371A3963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The user is clear.</w:t>
      </w:r>
    </w:p>
    <w:p w14:paraId="04185393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The solution addresses the problem.</w:t>
      </w:r>
    </w:p>
    <w:p w14:paraId="344AE241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The environmental value is specific.</w:t>
      </w:r>
    </w:p>
    <w:p w14:paraId="37D6A5C4" w14:textId="77777777" w:rsidR="004803A5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  <w:gridCol w:w="60"/>
      </w:tblGrid>
      <w:tr w:rsidR="004803A5" w14:paraId="581C733C" w14:textId="77777777">
        <w:trPr>
          <w:gridAfter w:val="1"/>
          <w:wAfter w:w="60" w:type="dxa"/>
          <w:jc w:val="center"/>
        </w:trPr>
        <w:tc>
          <w:tcPr>
            <w:tcW w:w="10656" w:type="dxa"/>
            <w:gridSpan w:val="2"/>
            <w:shd w:val="clear" w:color="auto" w:fill="0F4C5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40A214FD" w14:textId="77777777" w:rsidR="004803A5" w:rsidRDefault="00000000">
            <w:r>
              <w:rPr>
                <w:b/>
                <w:color w:val="D7EFE8"/>
                <w:sz w:val="18"/>
              </w:rPr>
              <w:lastRenderedPageBreak/>
              <w:t>M3-R04 | Module 3 - Green Entrepreneurship</w:t>
            </w:r>
          </w:p>
          <w:p w14:paraId="250BFE03" w14:textId="77777777" w:rsidR="004803A5" w:rsidRDefault="00000000">
            <w:r>
              <w:rPr>
                <w:b/>
                <w:color w:val="FFFFFF"/>
                <w:sz w:val="32"/>
              </w:rPr>
              <w:t>Mini Green Canvas</w:t>
            </w:r>
          </w:p>
        </w:tc>
      </w:tr>
      <w:tr w:rsidR="004803A5" w14:paraId="3097847B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7D9CD6" w14:textId="77777777" w:rsidR="004803A5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F6A7FE" w14:textId="77777777" w:rsidR="004803A5" w:rsidRDefault="00000000">
            <w:pPr>
              <w:spacing w:after="0" w:line="252" w:lineRule="auto"/>
            </w:pPr>
            <w:r>
              <w:rPr>
                <w:sz w:val="18"/>
              </w:rPr>
              <w:t>50 min</w:t>
            </w:r>
          </w:p>
        </w:tc>
      </w:tr>
      <w:tr w:rsidR="004803A5" w14:paraId="1C5B4028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C227EB" w14:textId="77777777" w:rsidR="004803A5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Setting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8235EB" w14:textId="77777777" w:rsidR="004803A5" w:rsidRDefault="00000000">
            <w:pPr>
              <w:spacing w:after="0" w:line="252" w:lineRule="auto"/>
            </w:pPr>
            <w:r>
              <w:rPr>
                <w:sz w:val="18"/>
              </w:rPr>
              <w:t>Groups</w:t>
            </w:r>
          </w:p>
        </w:tc>
      </w:tr>
      <w:tr w:rsidR="004803A5" w14:paraId="6BDA85C9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B8F274" w14:textId="77777777" w:rsidR="004803A5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Materials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3A47A0" w14:textId="77777777" w:rsidR="004803A5" w:rsidRDefault="00000000">
            <w:pPr>
              <w:spacing w:after="0" w:line="252" w:lineRule="auto"/>
            </w:pPr>
            <w:r>
              <w:rPr>
                <w:sz w:val="18"/>
              </w:rPr>
              <w:t>Mini Canvas template</w:t>
            </w:r>
          </w:p>
        </w:tc>
      </w:tr>
    </w:tbl>
    <w:p w14:paraId="394B66DB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Learner task</w:t>
      </w:r>
    </w:p>
    <w:p w14:paraId="1CB5BCB2" w14:textId="77777777" w:rsidR="004803A5" w:rsidRDefault="00000000">
      <w:pPr>
        <w:spacing w:after="80" w:line="252" w:lineRule="auto"/>
      </w:pPr>
      <w:r>
        <w:rPr>
          <w:color w:val="222222"/>
        </w:rPr>
        <w:t>Build a simple business/project canvas for a green idea.</w:t>
      </w:r>
    </w:p>
    <w:p w14:paraId="0314CA0A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Steps</w:t>
      </w:r>
    </w:p>
    <w:p w14:paraId="4F979F26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Complete problem, solution, users, partners, resources and channels.</w:t>
      </w:r>
    </w:p>
    <w:p w14:paraId="06C15385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Add basic costs and possible income/support.</w:t>
      </w:r>
    </w:p>
    <w:p w14:paraId="41ADD036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Add 1-2 environmental impact indicators.</w:t>
      </w:r>
    </w:p>
    <w:p w14:paraId="4419789D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Mark unknown assumptions.</w:t>
      </w:r>
    </w:p>
    <w:p w14:paraId="20350670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Choose one assumption to test first.</w:t>
      </w:r>
    </w:p>
    <w:p w14:paraId="2D44C3A4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Output to submit</w:t>
      </w:r>
    </w:p>
    <w:p w14:paraId="421232F6" w14:textId="77777777" w:rsidR="004803A5" w:rsidRDefault="00000000">
      <w:pPr>
        <w:spacing w:after="80" w:line="252" w:lineRule="auto"/>
      </w:pPr>
      <w:r>
        <w:rPr>
          <w:b/>
          <w:color w:val="222222"/>
        </w:rPr>
        <w:t>Completed Mini Green Canvas.</w:t>
      </w:r>
    </w:p>
    <w:p w14:paraId="4F39CCAD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Quick self-check</w:t>
      </w:r>
    </w:p>
    <w:p w14:paraId="776DE35C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Costs are not ignored.</w:t>
      </w:r>
    </w:p>
    <w:p w14:paraId="4DB82A72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Impact indicators are measurable.</w:t>
      </w:r>
    </w:p>
    <w:p w14:paraId="2D413227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One risky assumption is identified.</w:t>
      </w:r>
    </w:p>
    <w:p w14:paraId="392DDABC" w14:textId="77777777" w:rsidR="004803A5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  <w:gridCol w:w="60"/>
      </w:tblGrid>
      <w:tr w:rsidR="004803A5" w14:paraId="7D88C430" w14:textId="77777777">
        <w:trPr>
          <w:gridAfter w:val="1"/>
          <w:wAfter w:w="60" w:type="dxa"/>
          <w:jc w:val="center"/>
        </w:trPr>
        <w:tc>
          <w:tcPr>
            <w:tcW w:w="10656" w:type="dxa"/>
            <w:gridSpan w:val="2"/>
            <w:shd w:val="clear" w:color="auto" w:fill="0F4C5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2F2D2C99" w14:textId="77777777" w:rsidR="004803A5" w:rsidRDefault="00000000">
            <w:r>
              <w:rPr>
                <w:b/>
                <w:color w:val="D7EFE8"/>
                <w:sz w:val="18"/>
              </w:rPr>
              <w:lastRenderedPageBreak/>
              <w:t>M3-R05 | Module 3 - Green Entrepreneurship</w:t>
            </w:r>
          </w:p>
          <w:p w14:paraId="7314BC4D" w14:textId="77777777" w:rsidR="004803A5" w:rsidRDefault="00000000">
            <w:r>
              <w:rPr>
                <w:b/>
                <w:color w:val="FFFFFF"/>
                <w:sz w:val="32"/>
              </w:rPr>
              <w:t>Break-Even on a Napkin</w:t>
            </w:r>
          </w:p>
        </w:tc>
      </w:tr>
      <w:tr w:rsidR="004803A5" w14:paraId="2B01AB95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DB6D23" w14:textId="77777777" w:rsidR="004803A5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F68965" w14:textId="77777777" w:rsidR="004803A5" w:rsidRDefault="00000000">
            <w:pPr>
              <w:spacing w:after="0" w:line="252" w:lineRule="auto"/>
            </w:pPr>
            <w:r>
              <w:rPr>
                <w:sz w:val="18"/>
              </w:rPr>
              <w:t>35 min</w:t>
            </w:r>
          </w:p>
        </w:tc>
      </w:tr>
      <w:tr w:rsidR="004803A5" w14:paraId="6799745A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202CF8" w14:textId="77777777" w:rsidR="004803A5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Setting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6A2EFD" w14:textId="77777777" w:rsidR="004803A5" w:rsidRDefault="00000000">
            <w:pPr>
              <w:spacing w:after="0" w:line="252" w:lineRule="auto"/>
            </w:pPr>
            <w:r>
              <w:rPr>
                <w:sz w:val="18"/>
              </w:rPr>
              <w:t>Individual or pairs</w:t>
            </w:r>
          </w:p>
        </w:tc>
      </w:tr>
      <w:tr w:rsidR="004803A5" w14:paraId="2F140DC1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1195BD" w14:textId="77777777" w:rsidR="004803A5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Materials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AA1C80" w14:textId="77777777" w:rsidR="004803A5" w:rsidRDefault="00000000">
            <w:pPr>
              <w:spacing w:after="0" w:line="252" w:lineRule="auto"/>
            </w:pPr>
            <w:r>
              <w:rPr>
                <w:sz w:val="18"/>
              </w:rPr>
              <w:t>Basic Numbers Worksheet</w:t>
            </w:r>
          </w:p>
        </w:tc>
      </w:tr>
    </w:tbl>
    <w:p w14:paraId="2F6061E2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Learner task</w:t>
      </w:r>
    </w:p>
    <w:p w14:paraId="1F97DA7E" w14:textId="77777777" w:rsidR="004803A5" w:rsidRDefault="00000000">
      <w:pPr>
        <w:spacing w:after="80" w:line="252" w:lineRule="auto"/>
      </w:pPr>
      <w:r>
        <w:rPr>
          <w:color w:val="222222"/>
        </w:rPr>
        <w:t>Estimate simple costs, price and break-even quantity for a micro-idea.</w:t>
      </w:r>
    </w:p>
    <w:p w14:paraId="1FA5E0E0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Steps</w:t>
      </w:r>
    </w:p>
    <w:p w14:paraId="39B0C7B1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List fixed costs.</w:t>
      </w:r>
    </w:p>
    <w:p w14:paraId="4DE9B4BB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List cost per unit or per user.</w:t>
      </w:r>
    </w:p>
    <w:p w14:paraId="19C74533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Choose a possible price or support amount.</w:t>
      </w:r>
    </w:p>
    <w:p w14:paraId="0CB67226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Calculate how many sales/users are needed to cover costs.</w:t>
      </w:r>
    </w:p>
    <w:p w14:paraId="4E45CD42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Write one financial risk.</w:t>
      </w:r>
    </w:p>
    <w:p w14:paraId="66E03251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Output to submit</w:t>
      </w:r>
    </w:p>
    <w:p w14:paraId="41F7495B" w14:textId="77777777" w:rsidR="004803A5" w:rsidRDefault="00000000">
      <w:pPr>
        <w:spacing w:after="80" w:line="252" w:lineRule="auto"/>
      </w:pPr>
      <w:r>
        <w:rPr>
          <w:b/>
          <w:color w:val="222222"/>
        </w:rPr>
        <w:t>Completed Basic Numbers Worksheet.</w:t>
      </w:r>
    </w:p>
    <w:p w14:paraId="46C61288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Quick self-check</w:t>
      </w:r>
    </w:p>
    <w:p w14:paraId="37C1C984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Numbers are realistic estimates.</w:t>
      </w:r>
    </w:p>
    <w:p w14:paraId="205CAC30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Fixed and variable costs are separated.</w:t>
      </w:r>
    </w:p>
    <w:p w14:paraId="1E46821C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A risk or uncertainty is named.</w:t>
      </w:r>
    </w:p>
    <w:p w14:paraId="11FA2964" w14:textId="77777777" w:rsidR="004803A5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  <w:gridCol w:w="60"/>
      </w:tblGrid>
      <w:tr w:rsidR="004803A5" w14:paraId="235C4434" w14:textId="77777777">
        <w:trPr>
          <w:gridAfter w:val="1"/>
          <w:wAfter w:w="60" w:type="dxa"/>
          <w:jc w:val="center"/>
        </w:trPr>
        <w:tc>
          <w:tcPr>
            <w:tcW w:w="10656" w:type="dxa"/>
            <w:gridSpan w:val="2"/>
            <w:shd w:val="clear" w:color="auto" w:fill="0F4C5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4512A42A" w14:textId="77777777" w:rsidR="004803A5" w:rsidRDefault="00000000">
            <w:r>
              <w:rPr>
                <w:b/>
                <w:color w:val="D7EFE8"/>
                <w:sz w:val="18"/>
              </w:rPr>
              <w:lastRenderedPageBreak/>
              <w:t>M3-R06 | Module 3 - Green Entrepreneurship</w:t>
            </w:r>
          </w:p>
          <w:p w14:paraId="7730B9FE" w14:textId="77777777" w:rsidR="004803A5" w:rsidRDefault="00000000">
            <w:r>
              <w:rPr>
                <w:b/>
                <w:color w:val="FFFFFF"/>
                <w:sz w:val="32"/>
              </w:rPr>
              <w:t>Impact KPI Builder</w:t>
            </w:r>
          </w:p>
        </w:tc>
      </w:tr>
      <w:tr w:rsidR="004803A5" w14:paraId="3D4B6751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B14D58" w14:textId="77777777" w:rsidR="004803A5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F0E344" w14:textId="77777777" w:rsidR="004803A5" w:rsidRDefault="00000000">
            <w:pPr>
              <w:spacing w:after="0" w:line="252" w:lineRule="auto"/>
            </w:pPr>
            <w:r>
              <w:rPr>
                <w:sz w:val="18"/>
              </w:rPr>
              <w:t>25 min</w:t>
            </w:r>
          </w:p>
        </w:tc>
      </w:tr>
      <w:tr w:rsidR="004803A5" w14:paraId="4D16B459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C7706F" w14:textId="77777777" w:rsidR="004803A5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Setting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311C47" w14:textId="77777777" w:rsidR="004803A5" w:rsidRDefault="00000000">
            <w:pPr>
              <w:spacing w:after="0" w:line="252" w:lineRule="auto"/>
            </w:pPr>
            <w:r>
              <w:rPr>
                <w:sz w:val="18"/>
              </w:rPr>
              <w:t>Pairs</w:t>
            </w:r>
          </w:p>
        </w:tc>
      </w:tr>
      <w:tr w:rsidR="004803A5" w14:paraId="4C4BE8C2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118B07" w14:textId="77777777" w:rsidR="004803A5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Materials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0F7D6F" w14:textId="77777777" w:rsidR="004803A5" w:rsidRDefault="00000000">
            <w:pPr>
              <w:spacing w:after="0" w:line="252" w:lineRule="auto"/>
            </w:pPr>
            <w:r>
              <w:rPr>
                <w:sz w:val="18"/>
              </w:rPr>
              <w:t>Impact KPI Card</w:t>
            </w:r>
          </w:p>
        </w:tc>
      </w:tr>
    </w:tbl>
    <w:p w14:paraId="172D47CD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Learner task</w:t>
      </w:r>
    </w:p>
    <w:p w14:paraId="3F283779" w14:textId="77777777" w:rsidR="004803A5" w:rsidRDefault="00000000">
      <w:pPr>
        <w:spacing w:after="80" w:line="252" w:lineRule="auto"/>
      </w:pPr>
      <w:r>
        <w:rPr>
          <w:color w:val="222222"/>
        </w:rPr>
        <w:t>Choose simple indicators that show whether the idea creates green value.</w:t>
      </w:r>
    </w:p>
    <w:p w14:paraId="04E4F90C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Steps</w:t>
      </w:r>
    </w:p>
    <w:p w14:paraId="5F32FDE6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Name the environmental goal.</w:t>
      </w:r>
    </w:p>
    <w:p w14:paraId="424357C4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Choose 1-2 indicators: waste avoided, items reused, energy saved, people reached, repairs completed.</w:t>
      </w:r>
    </w:p>
    <w:p w14:paraId="2C8AD3AB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Define how data will be collected.</w:t>
      </w:r>
    </w:p>
    <w:p w14:paraId="64E71C50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Set a small first target.</w:t>
      </w:r>
    </w:p>
    <w:p w14:paraId="1136170F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Check that the target can be measured.</w:t>
      </w:r>
    </w:p>
    <w:p w14:paraId="631F66CD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Output to submit</w:t>
      </w:r>
    </w:p>
    <w:p w14:paraId="46B7A3D5" w14:textId="77777777" w:rsidR="004803A5" w:rsidRDefault="00000000">
      <w:pPr>
        <w:spacing w:after="80" w:line="252" w:lineRule="auto"/>
      </w:pPr>
      <w:r>
        <w:rPr>
          <w:b/>
          <w:color w:val="222222"/>
        </w:rPr>
        <w:t>Impact KPI Card.</w:t>
      </w:r>
    </w:p>
    <w:p w14:paraId="0E1508A9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Quick self-check</w:t>
      </w:r>
    </w:p>
    <w:p w14:paraId="57F9EC8C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The indicator is measurable.</w:t>
      </w:r>
    </w:p>
    <w:p w14:paraId="29F496B2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The data source is clear.</w:t>
      </w:r>
    </w:p>
    <w:p w14:paraId="2745EA5B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The target is small enough for a pilot.</w:t>
      </w:r>
    </w:p>
    <w:p w14:paraId="403C67AC" w14:textId="77777777" w:rsidR="004803A5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  <w:gridCol w:w="60"/>
      </w:tblGrid>
      <w:tr w:rsidR="004803A5" w14:paraId="3BA8473C" w14:textId="77777777">
        <w:trPr>
          <w:gridAfter w:val="1"/>
          <w:wAfter w:w="60" w:type="dxa"/>
          <w:jc w:val="center"/>
        </w:trPr>
        <w:tc>
          <w:tcPr>
            <w:tcW w:w="10656" w:type="dxa"/>
            <w:gridSpan w:val="2"/>
            <w:shd w:val="clear" w:color="auto" w:fill="0F4C5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6861F751" w14:textId="77777777" w:rsidR="004803A5" w:rsidRDefault="00000000">
            <w:r>
              <w:rPr>
                <w:b/>
                <w:color w:val="D7EFE8"/>
                <w:sz w:val="18"/>
              </w:rPr>
              <w:lastRenderedPageBreak/>
              <w:t>M3-R07 | Module 3 - Green Entrepreneurship</w:t>
            </w:r>
          </w:p>
          <w:p w14:paraId="1159C35B" w14:textId="77777777" w:rsidR="004803A5" w:rsidRDefault="00000000">
            <w:r>
              <w:rPr>
                <w:b/>
                <w:color w:val="FFFFFF"/>
                <w:sz w:val="32"/>
              </w:rPr>
              <w:t>Digital Touchpoint Mock-Up</w:t>
            </w:r>
          </w:p>
        </w:tc>
      </w:tr>
      <w:tr w:rsidR="004803A5" w14:paraId="43339CD3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C1A615" w14:textId="77777777" w:rsidR="004803A5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0D52F0" w14:textId="77777777" w:rsidR="004803A5" w:rsidRDefault="00000000">
            <w:pPr>
              <w:spacing w:after="0" w:line="252" w:lineRule="auto"/>
            </w:pPr>
            <w:r>
              <w:rPr>
                <w:sz w:val="18"/>
              </w:rPr>
              <w:t>45 min</w:t>
            </w:r>
          </w:p>
        </w:tc>
      </w:tr>
      <w:tr w:rsidR="004803A5" w14:paraId="61393F9A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142A1D" w14:textId="77777777" w:rsidR="004803A5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Setting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A05DBF" w14:textId="77777777" w:rsidR="004803A5" w:rsidRDefault="00000000">
            <w:pPr>
              <w:spacing w:after="0" w:line="252" w:lineRule="auto"/>
            </w:pPr>
            <w:r>
              <w:rPr>
                <w:sz w:val="18"/>
              </w:rPr>
              <w:t>Individual or groups</w:t>
            </w:r>
          </w:p>
        </w:tc>
      </w:tr>
      <w:tr w:rsidR="004803A5" w14:paraId="5267DFC9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49E144" w14:textId="77777777" w:rsidR="004803A5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Materials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53E43D" w14:textId="77777777" w:rsidR="004803A5" w:rsidRDefault="00000000">
            <w:pPr>
              <w:spacing w:after="0" w:line="252" w:lineRule="auto"/>
            </w:pPr>
            <w:r>
              <w:rPr>
                <w:sz w:val="18"/>
              </w:rPr>
              <w:t>Paper, slides, website builder or social media mock-up template</w:t>
            </w:r>
          </w:p>
        </w:tc>
      </w:tr>
    </w:tbl>
    <w:p w14:paraId="760103DF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Learner task</w:t>
      </w:r>
    </w:p>
    <w:p w14:paraId="1FFE8AC2" w14:textId="77777777" w:rsidR="004803A5" w:rsidRDefault="00000000">
      <w:pPr>
        <w:spacing w:after="80" w:line="252" w:lineRule="auto"/>
      </w:pPr>
      <w:r>
        <w:rPr>
          <w:color w:val="222222"/>
        </w:rPr>
        <w:t>Create a first digital touchpoint for the green idea.</w:t>
      </w:r>
    </w:p>
    <w:p w14:paraId="031DFAFD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Steps</w:t>
      </w:r>
    </w:p>
    <w:p w14:paraId="30326C77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Choose one format: landing page, social post, flyer, profile, short video script.</w:t>
      </w:r>
    </w:p>
    <w:p w14:paraId="1977DFAF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Write clear contact/action text.</w:t>
      </w:r>
    </w:p>
    <w:p w14:paraId="26CD0DE0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Add one visual and one benefit statement.</w:t>
      </w:r>
    </w:p>
    <w:p w14:paraId="239A00ED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Check accessibility: alt text, readable contrast, clear language.</w:t>
      </w:r>
    </w:p>
    <w:p w14:paraId="66224090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Save screenshot or paper photo.</w:t>
      </w:r>
    </w:p>
    <w:p w14:paraId="4B13C48E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Output to submit</w:t>
      </w:r>
    </w:p>
    <w:p w14:paraId="5068592C" w14:textId="77777777" w:rsidR="004803A5" w:rsidRDefault="00000000">
      <w:pPr>
        <w:spacing w:after="80" w:line="252" w:lineRule="auto"/>
      </w:pPr>
      <w:r>
        <w:rPr>
          <w:b/>
          <w:color w:val="222222"/>
        </w:rPr>
        <w:t>Mock-up or screenshot of digital touchpoint.</w:t>
      </w:r>
    </w:p>
    <w:p w14:paraId="4E31C1CD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Quick self-check</w:t>
      </w:r>
    </w:p>
    <w:p w14:paraId="65E4C6FD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The target audience understands the offer.</w:t>
      </w:r>
    </w:p>
    <w:p w14:paraId="14B2B8DF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Accessibility basics are included.</w:t>
      </w:r>
    </w:p>
    <w:p w14:paraId="276AF823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The message does not exaggerate green benefits.</w:t>
      </w:r>
    </w:p>
    <w:p w14:paraId="4DBE283C" w14:textId="77777777" w:rsidR="004803A5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  <w:gridCol w:w="60"/>
      </w:tblGrid>
      <w:tr w:rsidR="004803A5" w14:paraId="2FC657DE" w14:textId="77777777">
        <w:trPr>
          <w:gridAfter w:val="1"/>
          <w:wAfter w:w="60" w:type="dxa"/>
          <w:jc w:val="center"/>
        </w:trPr>
        <w:tc>
          <w:tcPr>
            <w:tcW w:w="10656" w:type="dxa"/>
            <w:gridSpan w:val="2"/>
            <w:shd w:val="clear" w:color="auto" w:fill="0F4C5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131A779E" w14:textId="77777777" w:rsidR="004803A5" w:rsidRDefault="00000000">
            <w:r>
              <w:rPr>
                <w:b/>
                <w:color w:val="D7EFE8"/>
                <w:sz w:val="18"/>
              </w:rPr>
              <w:lastRenderedPageBreak/>
              <w:t>M3-R08 | Module 3 - Green Entrepreneurship</w:t>
            </w:r>
          </w:p>
          <w:p w14:paraId="796B9880" w14:textId="77777777" w:rsidR="004803A5" w:rsidRDefault="00000000">
            <w:r>
              <w:rPr>
                <w:b/>
                <w:color w:val="FFFFFF"/>
                <w:sz w:val="32"/>
              </w:rPr>
              <w:t>Ethical Outreach Plan</w:t>
            </w:r>
          </w:p>
        </w:tc>
      </w:tr>
      <w:tr w:rsidR="004803A5" w14:paraId="3CE63EDC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25B2BE" w14:textId="77777777" w:rsidR="004803A5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470DB9" w14:textId="77777777" w:rsidR="004803A5" w:rsidRDefault="00000000">
            <w:pPr>
              <w:spacing w:after="0" w:line="252" w:lineRule="auto"/>
            </w:pPr>
            <w:r>
              <w:rPr>
                <w:sz w:val="18"/>
              </w:rPr>
              <w:t>30 min</w:t>
            </w:r>
          </w:p>
        </w:tc>
      </w:tr>
      <w:tr w:rsidR="004803A5" w14:paraId="6B82F425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0650CA" w14:textId="77777777" w:rsidR="004803A5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Setting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56518A" w14:textId="77777777" w:rsidR="004803A5" w:rsidRDefault="00000000">
            <w:pPr>
              <w:spacing w:after="0" w:line="252" w:lineRule="auto"/>
            </w:pPr>
            <w:r>
              <w:rPr>
                <w:sz w:val="18"/>
              </w:rPr>
              <w:t>Pairs</w:t>
            </w:r>
          </w:p>
        </w:tc>
      </w:tr>
      <w:tr w:rsidR="004803A5" w14:paraId="3014FA1B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DD278E" w14:textId="77777777" w:rsidR="004803A5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Materials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432CA8" w14:textId="77777777" w:rsidR="004803A5" w:rsidRDefault="00000000">
            <w:pPr>
              <w:spacing w:after="0" w:line="252" w:lineRule="auto"/>
            </w:pPr>
            <w:r>
              <w:rPr>
                <w:sz w:val="18"/>
              </w:rPr>
              <w:t>Outreach Plan template</w:t>
            </w:r>
          </w:p>
        </w:tc>
      </w:tr>
    </w:tbl>
    <w:p w14:paraId="2FCBA5D1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Learner task</w:t>
      </w:r>
    </w:p>
    <w:p w14:paraId="32A50BC2" w14:textId="77777777" w:rsidR="004803A5" w:rsidRDefault="00000000">
      <w:pPr>
        <w:spacing w:after="80" w:line="252" w:lineRule="auto"/>
      </w:pPr>
      <w:r>
        <w:rPr>
          <w:color w:val="222222"/>
        </w:rPr>
        <w:t>Plan how to contact people responsibly for feedback or promotion.</w:t>
      </w:r>
    </w:p>
    <w:p w14:paraId="00C0DA3C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Steps</w:t>
      </w:r>
    </w:p>
    <w:p w14:paraId="0180F197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Define who you want to reach.</w:t>
      </w:r>
    </w:p>
    <w:p w14:paraId="4AC0CD67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Choose one safe channel.</w:t>
      </w:r>
    </w:p>
    <w:p w14:paraId="6194B973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Write a short invitation message.</w:t>
      </w:r>
    </w:p>
    <w:p w14:paraId="219B57E1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Add consent and privacy rules.</w:t>
      </w:r>
    </w:p>
    <w:p w14:paraId="5F872A2E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Set a maximum frequency so communication is not spam.</w:t>
      </w:r>
    </w:p>
    <w:p w14:paraId="5F69FF93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Output to submit</w:t>
      </w:r>
    </w:p>
    <w:p w14:paraId="007E9494" w14:textId="77777777" w:rsidR="004803A5" w:rsidRDefault="00000000">
      <w:pPr>
        <w:spacing w:after="80" w:line="252" w:lineRule="auto"/>
      </w:pPr>
      <w:r>
        <w:rPr>
          <w:b/>
          <w:color w:val="222222"/>
        </w:rPr>
        <w:t>Ethical Outreach Plan.</w:t>
      </w:r>
    </w:p>
    <w:p w14:paraId="1316B401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Quick self-check</w:t>
      </w:r>
    </w:p>
    <w:p w14:paraId="690453B8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People know why they are contacted.</w:t>
      </w:r>
    </w:p>
    <w:p w14:paraId="660C9883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Consent and privacy are respected.</w:t>
      </w:r>
    </w:p>
    <w:p w14:paraId="0C43D9DF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The message is inclusive and not pushy.</w:t>
      </w:r>
    </w:p>
    <w:p w14:paraId="2209F24A" w14:textId="77777777" w:rsidR="004803A5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  <w:gridCol w:w="60"/>
      </w:tblGrid>
      <w:tr w:rsidR="004803A5" w14:paraId="1DDAA1E0" w14:textId="77777777">
        <w:trPr>
          <w:gridAfter w:val="1"/>
          <w:wAfter w:w="60" w:type="dxa"/>
          <w:jc w:val="center"/>
        </w:trPr>
        <w:tc>
          <w:tcPr>
            <w:tcW w:w="10656" w:type="dxa"/>
            <w:gridSpan w:val="2"/>
            <w:shd w:val="clear" w:color="auto" w:fill="0F4C5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72A0D626" w14:textId="77777777" w:rsidR="004803A5" w:rsidRDefault="00000000">
            <w:r>
              <w:rPr>
                <w:b/>
                <w:color w:val="D7EFE8"/>
                <w:sz w:val="18"/>
              </w:rPr>
              <w:lastRenderedPageBreak/>
              <w:t>M3-R09 | Module 3 - Green Entrepreneurship</w:t>
            </w:r>
          </w:p>
          <w:p w14:paraId="1F4464C5" w14:textId="77777777" w:rsidR="004803A5" w:rsidRDefault="00000000">
            <w:r>
              <w:rPr>
                <w:b/>
                <w:color w:val="FFFFFF"/>
                <w:sz w:val="32"/>
              </w:rPr>
              <w:t>Five Feedback Interviews</w:t>
            </w:r>
          </w:p>
        </w:tc>
      </w:tr>
      <w:tr w:rsidR="004803A5" w14:paraId="0292AD30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80CCB7" w14:textId="77777777" w:rsidR="004803A5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3A671D" w14:textId="77777777" w:rsidR="004803A5" w:rsidRDefault="00000000">
            <w:pPr>
              <w:spacing w:after="0" w:line="252" w:lineRule="auto"/>
            </w:pPr>
            <w:r>
              <w:rPr>
                <w:sz w:val="18"/>
              </w:rPr>
              <w:t>45-60 min</w:t>
            </w:r>
          </w:p>
        </w:tc>
      </w:tr>
      <w:tr w:rsidR="004803A5" w14:paraId="5C038043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0AC242" w14:textId="77777777" w:rsidR="004803A5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Setting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CB442E" w14:textId="77777777" w:rsidR="004803A5" w:rsidRDefault="00000000">
            <w:pPr>
              <w:spacing w:after="0" w:line="252" w:lineRule="auto"/>
            </w:pPr>
            <w:r>
              <w:rPr>
                <w:sz w:val="18"/>
              </w:rPr>
              <w:t>Individual or group</w:t>
            </w:r>
          </w:p>
        </w:tc>
      </w:tr>
      <w:tr w:rsidR="004803A5" w14:paraId="3580F576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5C653B" w14:textId="77777777" w:rsidR="004803A5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Materials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A44893" w14:textId="77777777" w:rsidR="004803A5" w:rsidRDefault="00000000">
            <w:pPr>
              <w:spacing w:after="0" w:line="252" w:lineRule="auto"/>
            </w:pPr>
            <w:r>
              <w:rPr>
                <w:sz w:val="18"/>
              </w:rPr>
              <w:t>Feedback Interview Cards</w:t>
            </w:r>
          </w:p>
        </w:tc>
      </w:tr>
    </w:tbl>
    <w:p w14:paraId="2F558357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Learner task</w:t>
      </w:r>
    </w:p>
    <w:p w14:paraId="7E9C616A" w14:textId="77777777" w:rsidR="004803A5" w:rsidRDefault="00000000">
      <w:pPr>
        <w:spacing w:after="80" w:line="252" w:lineRule="auto"/>
      </w:pPr>
      <w:r>
        <w:rPr>
          <w:color w:val="222222"/>
        </w:rPr>
        <w:t>Collect quick feedback from 3-5 real people.</w:t>
      </w:r>
    </w:p>
    <w:p w14:paraId="50522448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Steps</w:t>
      </w:r>
    </w:p>
    <w:p w14:paraId="7A46B2E6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Choose interviewees from the stakeholder scan.</w:t>
      </w:r>
    </w:p>
    <w:p w14:paraId="054A0C1B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Ask 4 short questions.</w:t>
      </w:r>
    </w:p>
    <w:p w14:paraId="04BF26AD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Listen without defending the idea.</w:t>
      </w:r>
    </w:p>
    <w:p w14:paraId="343B7D89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Record answers anonymously.</w:t>
      </w:r>
    </w:p>
    <w:p w14:paraId="694BBD92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Highlight one change to make.</w:t>
      </w:r>
    </w:p>
    <w:p w14:paraId="19B46AD9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Output to submit</w:t>
      </w:r>
    </w:p>
    <w:p w14:paraId="3973D462" w14:textId="77777777" w:rsidR="004803A5" w:rsidRDefault="00000000">
      <w:pPr>
        <w:spacing w:after="80" w:line="252" w:lineRule="auto"/>
      </w:pPr>
      <w:r>
        <w:rPr>
          <w:b/>
          <w:color w:val="222222"/>
        </w:rPr>
        <w:t>Feedback summary with one improvement decision.</w:t>
      </w:r>
    </w:p>
    <w:p w14:paraId="2BA78D5E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Quick self-check</w:t>
      </w:r>
    </w:p>
    <w:p w14:paraId="55E719DA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I asked real people.</w:t>
      </w:r>
    </w:p>
    <w:p w14:paraId="1DD79DB5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I did not collect unnecessary personal data.</w:t>
      </w:r>
    </w:p>
    <w:p w14:paraId="73C9F69A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I changed or improved one part of the idea.</w:t>
      </w:r>
    </w:p>
    <w:p w14:paraId="26066796" w14:textId="77777777" w:rsidR="004803A5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  <w:gridCol w:w="60"/>
      </w:tblGrid>
      <w:tr w:rsidR="004803A5" w14:paraId="0651CD8A" w14:textId="77777777">
        <w:trPr>
          <w:gridAfter w:val="1"/>
          <w:wAfter w:w="60" w:type="dxa"/>
          <w:jc w:val="center"/>
        </w:trPr>
        <w:tc>
          <w:tcPr>
            <w:tcW w:w="10656" w:type="dxa"/>
            <w:gridSpan w:val="2"/>
            <w:shd w:val="clear" w:color="auto" w:fill="0F4C5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5EC09FDC" w14:textId="77777777" w:rsidR="004803A5" w:rsidRDefault="00000000">
            <w:r>
              <w:rPr>
                <w:b/>
                <w:color w:val="D7EFE8"/>
                <w:sz w:val="18"/>
              </w:rPr>
              <w:lastRenderedPageBreak/>
              <w:t>M3-R10 | Module 3 - Green Entrepreneurship</w:t>
            </w:r>
          </w:p>
          <w:p w14:paraId="1EC1A7DF" w14:textId="77777777" w:rsidR="004803A5" w:rsidRDefault="00000000">
            <w:r>
              <w:rPr>
                <w:b/>
                <w:color w:val="FFFFFF"/>
                <w:sz w:val="32"/>
              </w:rPr>
              <w:t>Iteration Log</w:t>
            </w:r>
          </w:p>
        </w:tc>
      </w:tr>
      <w:tr w:rsidR="004803A5" w14:paraId="7B4FBDFD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46CB1A" w14:textId="77777777" w:rsidR="004803A5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EA5F1D" w14:textId="77777777" w:rsidR="004803A5" w:rsidRDefault="00000000">
            <w:pPr>
              <w:spacing w:after="0" w:line="252" w:lineRule="auto"/>
            </w:pPr>
            <w:r>
              <w:rPr>
                <w:sz w:val="18"/>
              </w:rPr>
              <w:t>25 min</w:t>
            </w:r>
          </w:p>
        </w:tc>
      </w:tr>
      <w:tr w:rsidR="004803A5" w14:paraId="7DD9ADA9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3886AD" w14:textId="77777777" w:rsidR="004803A5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Setting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9366C0" w14:textId="77777777" w:rsidR="004803A5" w:rsidRDefault="00000000">
            <w:pPr>
              <w:spacing w:after="0" w:line="252" w:lineRule="auto"/>
            </w:pPr>
            <w:r>
              <w:rPr>
                <w:sz w:val="18"/>
              </w:rPr>
              <w:t>Individual or groups</w:t>
            </w:r>
          </w:p>
        </w:tc>
      </w:tr>
      <w:tr w:rsidR="004803A5" w14:paraId="05CFC7A0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E82B66" w14:textId="77777777" w:rsidR="004803A5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Materials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D5BD66" w14:textId="77777777" w:rsidR="004803A5" w:rsidRDefault="00000000">
            <w:pPr>
              <w:spacing w:after="0" w:line="252" w:lineRule="auto"/>
            </w:pPr>
            <w:r>
              <w:rPr>
                <w:sz w:val="18"/>
              </w:rPr>
              <w:t>Iteration Log template</w:t>
            </w:r>
          </w:p>
        </w:tc>
      </w:tr>
    </w:tbl>
    <w:p w14:paraId="0F2A093D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Learner task</w:t>
      </w:r>
    </w:p>
    <w:p w14:paraId="5AB120E8" w14:textId="77777777" w:rsidR="004803A5" w:rsidRDefault="00000000">
      <w:pPr>
        <w:spacing w:after="80" w:line="252" w:lineRule="auto"/>
      </w:pPr>
      <w:r>
        <w:rPr>
          <w:color w:val="222222"/>
        </w:rPr>
        <w:t>Document how feedback changed the green idea.</w:t>
      </w:r>
    </w:p>
    <w:p w14:paraId="58484384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Steps</w:t>
      </w:r>
    </w:p>
    <w:p w14:paraId="6752F39F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Write the original idea.</w:t>
      </w:r>
    </w:p>
    <w:p w14:paraId="7458FE57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Summarise feedback.</w:t>
      </w:r>
    </w:p>
    <w:p w14:paraId="152238CF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Name the change made.</w:t>
      </w:r>
    </w:p>
    <w:p w14:paraId="5CEA1193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Explain why the change improves the idea.</w:t>
      </w:r>
    </w:p>
    <w:p w14:paraId="1AB10CF8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Define the next test.</w:t>
      </w:r>
    </w:p>
    <w:p w14:paraId="154B5466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Output to submit</w:t>
      </w:r>
    </w:p>
    <w:p w14:paraId="05F1796B" w14:textId="77777777" w:rsidR="004803A5" w:rsidRDefault="00000000">
      <w:pPr>
        <w:spacing w:after="80" w:line="252" w:lineRule="auto"/>
      </w:pPr>
      <w:r>
        <w:rPr>
          <w:b/>
          <w:color w:val="222222"/>
        </w:rPr>
        <w:t>Completed Iteration Log.</w:t>
      </w:r>
    </w:p>
    <w:p w14:paraId="1BCB9F5E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Quick self-check</w:t>
      </w:r>
    </w:p>
    <w:p w14:paraId="6DAD940A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The change is linked to evidence.</w:t>
      </w:r>
    </w:p>
    <w:p w14:paraId="37153AFF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The next test is specific.</w:t>
      </w:r>
    </w:p>
    <w:p w14:paraId="448509C0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The idea is more realistic than before.</w:t>
      </w:r>
    </w:p>
    <w:p w14:paraId="3ED3DEAC" w14:textId="77777777" w:rsidR="004803A5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  <w:gridCol w:w="60"/>
      </w:tblGrid>
      <w:tr w:rsidR="004803A5" w14:paraId="12CEEA89" w14:textId="77777777">
        <w:trPr>
          <w:gridAfter w:val="1"/>
          <w:wAfter w:w="60" w:type="dxa"/>
          <w:jc w:val="center"/>
        </w:trPr>
        <w:tc>
          <w:tcPr>
            <w:tcW w:w="10656" w:type="dxa"/>
            <w:gridSpan w:val="2"/>
            <w:shd w:val="clear" w:color="auto" w:fill="0F4C5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611230BE" w14:textId="77777777" w:rsidR="004803A5" w:rsidRDefault="00000000">
            <w:r>
              <w:rPr>
                <w:b/>
                <w:color w:val="D7EFE8"/>
                <w:sz w:val="18"/>
              </w:rPr>
              <w:lastRenderedPageBreak/>
              <w:t>M3-R11 | Module 3 - Green Entrepreneurship</w:t>
            </w:r>
          </w:p>
          <w:p w14:paraId="11E4D513" w14:textId="77777777" w:rsidR="004803A5" w:rsidRDefault="00000000">
            <w:r>
              <w:rPr>
                <w:b/>
                <w:color w:val="FFFFFF"/>
                <w:sz w:val="32"/>
              </w:rPr>
              <w:t>Three-Minute Green Pitch</w:t>
            </w:r>
          </w:p>
        </w:tc>
      </w:tr>
      <w:tr w:rsidR="004803A5" w14:paraId="134ABECB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0838D4" w14:textId="77777777" w:rsidR="004803A5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78D331" w14:textId="77777777" w:rsidR="004803A5" w:rsidRDefault="00000000">
            <w:pPr>
              <w:spacing w:after="0" w:line="252" w:lineRule="auto"/>
            </w:pPr>
            <w:r>
              <w:rPr>
                <w:sz w:val="18"/>
              </w:rPr>
              <w:t>50 min</w:t>
            </w:r>
          </w:p>
        </w:tc>
      </w:tr>
      <w:tr w:rsidR="004803A5" w14:paraId="7EF0BCF5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8629DF" w14:textId="77777777" w:rsidR="004803A5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Setting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0110DC" w14:textId="77777777" w:rsidR="004803A5" w:rsidRDefault="00000000">
            <w:pPr>
              <w:spacing w:after="0" w:line="252" w:lineRule="auto"/>
            </w:pPr>
            <w:r>
              <w:rPr>
                <w:sz w:val="18"/>
              </w:rPr>
              <w:t>Groups</w:t>
            </w:r>
          </w:p>
        </w:tc>
      </w:tr>
      <w:tr w:rsidR="004803A5" w14:paraId="50BF29BD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8DF8B7" w14:textId="77777777" w:rsidR="004803A5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Materials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8B6C1C" w14:textId="77777777" w:rsidR="004803A5" w:rsidRDefault="00000000">
            <w:pPr>
              <w:spacing w:after="0" w:line="252" w:lineRule="auto"/>
            </w:pPr>
            <w:r>
              <w:rPr>
                <w:sz w:val="18"/>
              </w:rPr>
              <w:t>Pitch Planner</w:t>
            </w:r>
          </w:p>
        </w:tc>
      </w:tr>
    </w:tbl>
    <w:p w14:paraId="50B12102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Learner task</w:t>
      </w:r>
    </w:p>
    <w:p w14:paraId="364C3267" w14:textId="77777777" w:rsidR="004803A5" w:rsidRDefault="00000000">
      <w:pPr>
        <w:spacing w:after="80" w:line="252" w:lineRule="auto"/>
      </w:pPr>
      <w:r>
        <w:rPr>
          <w:color w:val="222222"/>
        </w:rPr>
        <w:t>Prepare a short pitch presenting the problem, solution, value, basic numbers and impact.</w:t>
      </w:r>
    </w:p>
    <w:p w14:paraId="243669BE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Steps</w:t>
      </w:r>
    </w:p>
    <w:p w14:paraId="56836D12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Open with the problem.</w:t>
      </w:r>
    </w:p>
    <w:p w14:paraId="0AFC3D95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Present the solution and user benefit.</w:t>
      </w:r>
    </w:p>
    <w:p w14:paraId="09D34224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Show the green impact indicator.</w:t>
      </w:r>
    </w:p>
    <w:p w14:paraId="089D1DB9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Mention one basic cost or resource need.</w:t>
      </w:r>
    </w:p>
    <w:p w14:paraId="0E89EFFE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Close with a next step or request.</w:t>
      </w:r>
    </w:p>
    <w:p w14:paraId="5CC89613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Output to submit</w:t>
      </w:r>
    </w:p>
    <w:p w14:paraId="16323697" w14:textId="77777777" w:rsidR="004803A5" w:rsidRDefault="00000000">
      <w:pPr>
        <w:spacing w:after="80" w:line="252" w:lineRule="auto"/>
      </w:pPr>
      <w:r>
        <w:rPr>
          <w:b/>
          <w:color w:val="222222"/>
        </w:rPr>
        <w:t>3-minute pitch or pitch outline.</w:t>
      </w:r>
    </w:p>
    <w:p w14:paraId="1F64F09C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Quick self-check</w:t>
      </w:r>
    </w:p>
    <w:p w14:paraId="7E6F5B86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The pitch is under 3 minutes.</w:t>
      </w:r>
    </w:p>
    <w:p w14:paraId="11170F21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It includes both user and planet benefit.</w:t>
      </w:r>
    </w:p>
    <w:p w14:paraId="3CAC2ABF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It avoids vague claims.</w:t>
      </w:r>
    </w:p>
    <w:p w14:paraId="33F0BF59" w14:textId="77777777" w:rsidR="004803A5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  <w:gridCol w:w="60"/>
      </w:tblGrid>
      <w:tr w:rsidR="004803A5" w14:paraId="2A596EE3" w14:textId="77777777">
        <w:trPr>
          <w:gridAfter w:val="1"/>
          <w:wAfter w:w="60" w:type="dxa"/>
          <w:jc w:val="center"/>
        </w:trPr>
        <w:tc>
          <w:tcPr>
            <w:tcW w:w="10656" w:type="dxa"/>
            <w:gridSpan w:val="2"/>
            <w:shd w:val="clear" w:color="auto" w:fill="0F4C5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35E98AA1" w14:textId="77777777" w:rsidR="004803A5" w:rsidRDefault="00000000">
            <w:r>
              <w:rPr>
                <w:b/>
                <w:color w:val="D7EFE8"/>
                <w:sz w:val="18"/>
              </w:rPr>
              <w:lastRenderedPageBreak/>
              <w:t>M3-R12 | Module 3 - Green Entrepreneurship</w:t>
            </w:r>
          </w:p>
          <w:p w14:paraId="5B781F66" w14:textId="77777777" w:rsidR="004803A5" w:rsidRDefault="00000000">
            <w:r>
              <w:rPr>
                <w:b/>
                <w:color w:val="FFFFFF"/>
                <w:sz w:val="32"/>
              </w:rPr>
              <w:t>Green Start-Up Evidence Portfolio</w:t>
            </w:r>
          </w:p>
        </w:tc>
      </w:tr>
      <w:tr w:rsidR="004803A5" w14:paraId="450BB968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FFC458" w14:textId="77777777" w:rsidR="004803A5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1C418E" w14:textId="77777777" w:rsidR="004803A5" w:rsidRDefault="00000000">
            <w:pPr>
              <w:spacing w:after="0" w:line="252" w:lineRule="auto"/>
            </w:pPr>
            <w:r>
              <w:rPr>
                <w:sz w:val="18"/>
              </w:rPr>
              <w:t>45 min</w:t>
            </w:r>
          </w:p>
        </w:tc>
      </w:tr>
      <w:tr w:rsidR="004803A5" w14:paraId="0F0B1E4C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D495EF" w14:textId="77777777" w:rsidR="004803A5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Setting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88D2C9" w14:textId="77777777" w:rsidR="004803A5" w:rsidRDefault="00000000">
            <w:pPr>
              <w:spacing w:after="0" w:line="252" w:lineRule="auto"/>
            </w:pPr>
            <w:r>
              <w:rPr>
                <w:sz w:val="18"/>
              </w:rPr>
              <w:t>Individual or group</w:t>
            </w:r>
          </w:p>
        </w:tc>
      </w:tr>
      <w:tr w:rsidR="004803A5" w14:paraId="0F7C86F3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9602B5" w14:textId="77777777" w:rsidR="004803A5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Materials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F29CF6" w14:textId="77777777" w:rsidR="004803A5" w:rsidRDefault="00000000">
            <w:pPr>
              <w:spacing w:after="0" w:line="252" w:lineRule="auto"/>
            </w:pPr>
            <w:r>
              <w:rPr>
                <w:sz w:val="18"/>
              </w:rPr>
              <w:t>Portfolio checklist</w:t>
            </w:r>
          </w:p>
        </w:tc>
      </w:tr>
    </w:tbl>
    <w:p w14:paraId="3751DC3D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Learner task</w:t>
      </w:r>
    </w:p>
    <w:p w14:paraId="5A7AE055" w14:textId="77777777" w:rsidR="004803A5" w:rsidRDefault="00000000">
      <w:pPr>
        <w:spacing w:after="80" w:line="252" w:lineRule="auto"/>
      </w:pPr>
      <w:r>
        <w:rPr>
          <w:color w:val="222222"/>
        </w:rPr>
        <w:t>Organise all Module 3 outputs into a portfolio.</w:t>
      </w:r>
    </w:p>
    <w:p w14:paraId="36FD045B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Steps</w:t>
      </w:r>
    </w:p>
    <w:p w14:paraId="239CEAFB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Collect problem finder, stakeholder scan, value proposition, mini canvas, numbers sheet, digital touchpoint and iteration log.</w:t>
      </w:r>
    </w:p>
    <w:p w14:paraId="55EF6371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Check names and dates.</w:t>
      </w:r>
    </w:p>
    <w:p w14:paraId="5BC6D219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Add a one-paragraph reflection.</w:t>
      </w:r>
    </w:p>
    <w:p w14:paraId="7576E012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Choose the strongest evidence.</w:t>
      </w:r>
    </w:p>
    <w:p w14:paraId="6C7F0E51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Submit folder or printed pack.</w:t>
      </w:r>
    </w:p>
    <w:p w14:paraId="61553C53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Output to submit</w:t>
      </w:r>
    </w:p>
    <w:p w14:paraId="1DF82295" w14:textId="77777777" w:rsidR="004803A5" w:rsidRDefault="00000000">
      <w:pPr>
        <w:spacing w:after="80" w:line="252" w:lineRule="auto"/>
      </w:pPr>
      <w:r>
        <w:rPr>
          <w:b/>
          <w:color w:val="222222"/>
        </w:rPr>
        <w:t>Green start-up evidence portfolio.</w:t>
      </w:r>
    </w:p>
    <w:p w14:paraId="53536D38" w14:textId="77777777" w:rsidR="004803A5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Quick self-check</w:t>
      </w:r>
    </w:p>
    <w:p w14:paraId="4291D4EF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All key evidence is included.</w:t>
      </w:r>
    </w:p>
    <w:p w14:paraId="6FA2BBA0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The idea has been tested with feedback.</w:t>
      </w:r>
    </w:p>
    <w:p w14:paraId="5104CB0E" w14:textId="77777777" w:rsidR="004803A5" w:rsidRDefault="00000000">
      <w:pPr>
        <w:pStyle w:val="Listaconvietas"/>
        <w:spacing w:after="40" w:line="252" w:lineRule="auto"/>
      </w:pPr>
      <w:r>
        <w:rPr>
          <w:sz w:val="18"/>
        </w:rPr>
        <w:t>The next step is clear.</w:t>
      </w:r>
    </w:p>
    <w:p w14:paraId="3FEEC183" w14:textId="4EC91AD1" w:rsidR="004803A5" w:rsidRDefault="004803A5"/>
    <w:sectPr w:rsidR="004803A5" w:rsidSect="00034616">
      <w:headerReference w:type="default" r:id="rId8"/>
      <w:footerReference w:type="default" r:id="rId9"/>
      <w:pgSz w:w="12240" w:h="15840"/>
      <w:pgMar w:top="792" w:right="792" w:bottom="792" w:left="792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53C62" w14:textId="77777777" w:rsidR="004C3322" w:rsidRDefault="004C3322">
      <w:pPr>
        <w:spacing w:after="0" w:line="240" w:lineRule="auto"/>
      </w:pPr>
      <w:r>
        <w:separator/>
      </w:r>
    </w:p>
  </w:endnote>
  <w:endnote w:type="continuationSeparator" w:id="0">
    <w:p w14:paraId="0EC867AD" w14:textId="77777777" w:rsidR="004C3322" w:rsidRDefault="004C3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C53FD" w14:textId="77777777" w:rsidR="004803A5" w:rsidRDefault="00000000">
    <w:pPr>
      <w:pStyle w:val="Piedepgina"/>
      <w:jc w:val="center"/>
    </w:pPr>
    <w:r>
      <w:rPr>
        <w:color w:val="666666"/>
        <w:sz w:val="15"/>
      </w:rPr>
      <w:t>Co-funded by the European Union | CC BY 4.0 | For VET learning use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40597" w14:textId="77777777" w:rsidR="004C3322" w:rsidRDefault="004C3322">
      <w:pPr>
        <w:spacing w:after="0" w:line="240" w:lineRule="auto"/>
      </w:pPr>
      <w:r>
        <w:separator/>
      </w:r>
    </w:p>
  </w:footnote>
  <w:footnote w:type="continuationSeparator" w:id="0">
    <w:p w14:paraId="002BEF1D" w14:textId="77777777" w:rsidR="004C3322" w:rsidRDefault="004C33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18863" w14:textId="77777777" w:rsidR="004803A5" w:rsidRDefault="00000000">
    <w:pPr>
      <w:pStyle w:val="Encabezado"/>
      <w:jc w:val="right"/>
    </w:pPr>
    <w:r>
      <w:rPr>
        <w:b/>
        <w:color w:val="0F4C5C"/>
        <w:sz w:val="16"/>
      </w:rPr>
      <w:t>GREEN-DIGI PATHWAYS | Ready-to-Use Resources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2603554">
    <w:abstractNumId w:val="8"/>
  </w:num>
  <w:num w:numId="2" w16cid:durableId="133448909">
    <w:abstractNumId w:val="6"/>
  </w:num>
  <w:num w:numId="3" w16cid:durableId="1533298761">
    <w:abstractNumId w:val="5"/>
  </w:num>
  <w:num w:numId="4" w16cid:durableId="2079134778">
    <w:abstractNumId w:val="4"/>
  </w:num>
  <w:num w:numId="5" w16cid:durableId="1343897126">
    <w:abstractNumId w:val="7"/>
  </w:num>
  <w:num w:numId="6" w16cid:durableId="25637961">
    <w:abstractNumId w:val="3"/>
  </w:num>
  <w:num w:numId="7" w16cid:durableId="1091703091">
    <w:abstractNumId w:val="2"/>
  </w:num>
  <w:num w:numId="8" w16cid:durableId="1170220337">
    <w:abstractNumId w:val="1"/>
  </w:num>
  <w:num w:numId="9" w16cid:durableId="1184788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060EA"/>
    <w:rsid w:val="0029639D"/>
    <w:rsid w:val="00326F90"/>
    <w:rsid w:val="004803A5"/>
    <w:rsid w:val="004C3322"/>
    <w:rsid w:val="009A2AF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DE58DE"/>
  <w14:defaultImageDpi w14:val="300"/>
  <w15:docId w15:val="{D4998BE6-6ADF-4A82-B35D-7BA2E06D6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1097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Debora Ruberto</cp:lastModifiedBy>
  <cp:revision>2</cp:revision>
  <dcterms:created xsi:type="dcterms:W3CDTF">2013-12-23T23:15:00Z</dcterms:created>
  <dcterms:modified xsi:type="dcterms:W3CDTF">2026-06-05T09:53:00Z</dcterms:modified>
  <cp:category/>
</cp:coreProperties>
</file>