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36280" w14:textId="1559CFA4" w:rsidR="00637FF1" w:rsidRDefault="008B1978">
      <w:pPr>
        <w:pStyle w:val="Ttulo1"/>
      </w:pPr>
      <w:r>
        <w:t>M</w:t>
      </w:r>
      <w:r w:rsidR="00000000">
        <w:t>odule 3 - Green Entrepreneurship Essentials</w:t>
      </w:r>
    </w:p>
    <w:p w14:paraId="16A69F92" w14:textId="77777777" w:rsidR="00637FF1" w:rsidRDefault="00000000">
      <w:r>
        <w:t>Knowledge check after Module 3. The quiz verifies green value proposition, mini canvas, responsible digital presence, basic numbers, feedback and iteration.</w:t>
      </w:r>
    </w:p>
    <w:p w14:paraId="11445A11" w14:textId="77777777" w:rsidR="00637FF1" w:rsidRDefault="00000000">
      <w:r>
        <w:rPr>
          <w:b/>
        </w:rPr>
        <w:t xml:space="preserve">Instructions for learners: </w:t>
      </w:r>
      <w:r>
        <w:t>Choose one answer for each question. Each question is worth 1 point. Recommended pass mark: 7/10.</w:t>
      </w:r>
    </w:p>
    <w:p w14:paraId="063FF03B" w14:textId="77777777" w:rsidR="00637FF1" w:rsidRDefault="00000000">
      <w:pPr>
        <w:pStyle w:val="Ttulo3"/>
      </w:pPr>
      <w:r>
        <w:t>1. What is a green value proposition?</w:t>
      </w:r>
    </w:p>
    <w:p w14:paraId="5DEFC7CC" w14:textId="77777777" w:rsidR="00637FF1" w:rsidRPr="008B1978" w:rsidRDefault="00000000">
      <w:pPr>
        <w:pStyle w:val="Listaconvietas"/>
        <w:rPr>
          <w:color w:val="EE0000"/>
        </w:rPr>
      </w:pPr>
      <w:r w:rsidRPr="008B1978">
        <w:rPr>
          <w:color w:val="EE0000"/>
        </w:rPr>
        <w:t>A. A short explanation of the problem, solution, user benefit and environmental or social value.</w:t>
      </w:r>
    </w:p>
    <w:p w14:paraId="52D0B812" w14:textId="77777777" w:rsidR="00637FF1" w:rsidRDefault="00000000">
      <w:pPr>
        <w:pStyle w:val="Listaconvietas"/>
      </w:pPr>
      <w:r>
        <w:t>B. A slogan with the word green added to it.</w:t>
      </w:r>
    </w:p>
    <w:p w14:paraId="2C327803" w14:textId="77777777" w:rsidR="00637FF1" w:rsidRDefault="00000000">
      <w:pPr>
        <w:pStyle w:val="Listaconvietas"/>
      </w:pPr>
      <w:r>
        <w:t>C. A detailed legal contract for a company.</w:t>
      </w:r>
    </w:p>
    <w:p w14:paraId="2732CD07" w14:textId="77777777" w:rsidR="00637FF1" w:rsidRDefault="00000000">
      <w:pPr>
        <w:pStyle w:val="Listaconvietas"/>
      </w:pPr>
      <w:r>
        <w:t>D. A list of unrelated environmental facts.</w:t>
      </w:r>
    </w:p>
    <w:p w14:paraId="62F05963" w14:textId="77777777" w:rsidR="00637FF1" w:rsidRDefault="00637FF1"/>
    <w:p w14:paraId="39A20E9F" w14:textId="77777777" w:rsidR="00637FF1" w:rsidRDefault="00000000">
      <w:pPr>
        <w:pStyle w:val="Ttulo3"/>
      </w:pPr>
      <w:r>
        <w:t>2. Which question should be answered when developing a green idea?</w:t>
      </w:r>
    </w:p>
    <w:p w14:paraId="1917B392" w14:textId="77777777" w:rsidR="00637FF1" w:rsidRDefault="00000000">
      <w:pPr>
        <w:pStyle w:val="Listaconvietas"/>
      </w:pPr>
      <w:r>
        <w:t>A. How can we make the idea look sustainable without changing anything?</w:t>
      </w:r>
    </w:p>
    <w:p w14:paraId="3D50984B" w14:textId="77777777" w:rsidR="00637FF1" w:rsidRPr="008B1978" w:rsidRDefault="00000000">
      <w:pPr>
        <w:pStyle w:val="Listaconvietas"/>
        <w:rPr>
          <w:color w:val="EE0000"/>
        </w:rPr>
      </w:pPr>
      <w:r w:rsidRPr="008B1978">
        <w:rPr>
          <w:color w:val="EE0000"/>
        </w:rPr>
        <w:t>B. Who benefits, what problem is solved, and what environmental impact is reduced?</w:t>
      </w:r>
    </w:p>
    <w:p w14:paraId="57EF4E2F" w14:textId="77777777" w:rsidR="00637FF1" w:rsidRDefault="00000000">
      <w:pPr>
        <w:pStyle w:val="Listaconvietas"/>
      </w:pPr>
      <w:r>
        <w:t>C. How can we avoid asking users for feedback?</w:t>
      </w:r>
    </w:p>
    <w:p w14:paraId="12975238" w14:textId="77777777" w:rsidR="00637FF1" w:rsidRDefault="00000000">
      <w:pPr>
        <w:pStyle w:val="Listaconvietas"/>
      </w:pPr>
      <w:r>
        <w:t>D. How can we make the product more complex than needed?</w:t>
      </w:r>
    </w:p>
    <w:p w14:paraId="5239EC75" w14:textId="77777777" w:rsidR="00637FF1" w:rsidRDefault="00637FF1"/>
    <w:p w14:paraId="1331349A" w14:textId="77777777" w:rsidR="00637FF1" w:rsidRDefault="00000000">
      <w:pPr>
        <w:pStyle w:val="Ttulo3"/>
      </w:pPr>
      <w:r>
        <w:t>3. What should a mini canvas normally include?</w:t>
      </w:r>
    </w:p>
    <w:p w14:paraId="61BBA13B" w14:textId="77777777" w:rsidR="00637FF1" w:rsidRDefault="00000000">
      <w:pPr>
        <w:pStyle w:val="Listaconvietas"/>
      </w:pPr>
      <w:r>
        <w:t>A. Only a logo and a colour palette.</w:t>
      </w:r>
    </w:p>
    <w:p w14:paraId="7625317E" w14:textId="77777777" w:rsidR="00637FF1" w:rsidRPr="008B1978" w:rsidRDefault="00000000">
      <w:pPr>
        <w:pStyle w:val="Listaconvietas"/>
        <w:rPr>
          <w:color w:val="EE0000"/>
        </w:rPr>
      </w:pPr>
      <w:r w:rsidRPr="008B1978">
        <w:rPr>
          <w:color w:val="EE0000"/>
        </w:rPr>
        <w:t>B. Problem, target users, solution, basic costs, benefits and impact indicators.</w:t>
      </w:r>
    </w:p>
    <w:p w14:paraId="0BE89F8B" w14:textId="77777777" w:rsidR="00637FF1" w:rsidRDefault="00000000">
      <w:pPr>
        <w:pStyle w:val="Listaconvietas"/>
      </w:pPr>
      <w:r>
        <w:t>C. Only the founder’s biography.</w:t>
      </w:r>
    </w:p>
    <w:p w14:paraId="763D5935" w14:textId="77777777" w:rsidR="00637FF1" w:rsidRDefault="00000000">
      <w:pPr>
        <w:pStyle w:val="Listaconvietas"/>
      </w:pPr>
      <w:r>
        <w:t>D. A list of all possible technologies, without a business idea.</w:t>
      </w:r>
    </w:p>
    <w:p w14:paraId="2A942B8F" w14:textId="77777777" w:rsidR="00637FF1" w:rsidRDefault="00637FF1"/>
    <w:p w14:paraId="1157D69B" w14:textId="77777777" w:rsidR="00637FF1" w:rsidRDefault="00000000">
      <w:pPr>
        <w:pStyle w:val="Ttulo3"/>
      </w:pPr>
      <w:r>
        <w:t>4. Why are basic cost estimates important in a green project?</w:t>
      </w:r>
    </w:p>
    <w:p w14:paraId="71D0C0FC" w14:textId="77777777" w:rsidR="00637FF1" w:rsidRPr="008B1978" w:rsidRDefault="00000000">
      <w:pPr>
        <w:pStyle w:val="Listaconvietas"/>
        <w:rPr>
          <w:color w:val="EE0000"/>
        </w:rPr>
      </w:pPr>
      <w:r w:rsidRPr="008B1978">
        <w:rPr>
          <w:color w:val="EE0000"/>
        </w:rPr>
        <w:t>A. They help check whether the idea is realistic and what resources are needed.</w:t>
      </w:r>
    </w:p>
    <w:p w14:paraId="70888B17" w14:textId="77777777" w:rsidR="00637FF1" w:rsidRDefault="00000000">
      <w:pPr>
        <w:pStyle w:val="Listaconvietas"/>
      </w:pPr>
      <w:r>
        <w:t>B. They are only useful after the project is finished.</w:t>
      </w:r>
    </w:p>
    <w:p w14:paraId="414CE1D3" w14:textId="77777777" w:rsidR="00637FF1" w:rsidRDefault="00000000">
      <w:pPr>
        <w:pStyle w:val="Listaconvietas"/>
      </w:pPr>
      <w:r>
        <w:t>C. They prove that the project has no risks.</w:t>
      </w:r>
    </w:p>
    <w:p w14:paraId="3D8027DB" w14:textId="77777777" w:rsidR="00637FF1" w:rsidRDefault="00000000">
      <w:pPr>
        <w:pStyle w:val="Listaconvietas"/>
      </w:pPr>
      <w:r>
        <w:t>D. They replace the need for user feedback.</w:t>
      </w:r>
    </w:p>
    <w:p w14:paraId="7885CBFB" w14:textId="77777777" w:rsidR="00637FF1" w:rsidRDefault="00637FF1"/>
    <w:p w14:paraId="3FEF4AB4" w14:textId="77777777" w:rsidR="00637FF1" w:rsidRDefault="00000000">
      <w:pPr>
        <w:pStyle w:val="Ttulo3"/>
      </w:pPr>
      <w:r>
        <w:t>5. Which is the best example of an environmental impact indicator?</w:t>
      </w:r>
    </w:p>
    <w:p w14:paraId="5A11B23B" w14:textId="77777777" w:rsidR="00637FF1" w:rsidRDefault="00000000">
      <w:pPr>
        <w:pStyle w:val="Listaconvietas"/>
      </w:pPr>
      <w:r>
        <w:t>A. Number of likes on a personal photo.</w:t>
      </w:r>
    </w:p>
    <w:p w14:paraId="73EF6F47" w14:textId="77777777" w:rsidR="00637FF1" w:rsidRPr="008B1978" w:rsidRDefault="00000000">
      <w:pPr>
        <w:pStyle w:val="Listaconvietas"/>
        <w:rPr>
          <w:color w:val="EE0000"/>
        </w:rPr>
      </w:pPr>
      <w:r w:rsidRPr="008B1978">
        <w:rPr>
          <w:color w:val="EE0000"/>
        </w:rPr>
        <w:t>B. Kilograms of waste reduced per month.</w:t>
      </w:r>
    </w:p>
    <w:p w14:paraId="438CDB92" w14:textId="77777777" w:rsidR="00637FF1" w:rsidRDefault="00000000">
      <w:pPr>
        <w:pStyle w:val="Listaconvietas"/>
      </w:pPr>
      <w:r>
        <w:t>C. How much the team likes the project name.</w:t>
      </w:r>
    </w:p>
    <w:p w14:paraId="0DD055B8" w14:textId="77777777" w:rsidR="00637FF1" w:rsidRDefault="00000000">
      <w:pPr>
        <w:pStyle w:val="Listaconvietas"/>
      </w:pPr>
      <w:r>
        <w:t>D. The number of colours used in the logo.</w:t>
      </w:r>
    </w:p>
    <w:p w14:paraId="0C7539FB" w14:textId="77777777" w:rsidR="00637FF1" w:rsidRDefault="00637FF1"/>
    <w:p w14:paraId="083E0643" w14:textId="77777777" w:rsidR="00637FF1" w:rsidRDefault="00000000">
      <w:pPr>
        <w:pStyle w:val="Ttulo3"/>
      </w:pPr>
      <w:r>
        <w:lastRenderedPageBreak/>
        <w:t>6. Which feature improves accessibility in a digital touchpoint?</w:t>
      </w:r>
    </w:p>
    <w:p w14:paraId="4E82F508" w14:textId="77777777" w:rsidR="00637FF1" w:rsidRDefault="00000000">
      <w:pPr>
        <w:pStyle w:val="Listaconvietas"/>
      </w:pPr>
      <w:r>
        <w:t>A. Text hidden inside images with no alternative text.</w:t>
      </w:r>
    </w:p>
    <w:p w14:paraId="10FF12B2" w14:textId="77777777" w:rsidR="00637FF1" w:rsidRDefault="00000000">
      <w:pPr>
        <w:pStyle w:val="Listaconvietas"/>
      </w:pPr>
      <w:r>
        <w:t>B. Very low contrast between text and background.</w:t>
      </w:r>
    </w:p>
    <w:p w14:paraId="247CE186" w14:textId="77777777" w:rsidR="00637FF1" w:rsidRPr="008B1978" w:rsidRDefault="00000000">
      <w:pPr>
        <w:pStyle w:val="Listaconvietas"/>
        <w:rPr>
          <w:color w:val="EE0000"/>
        </w:rPr>
      </w:pPr>
      <w:r w:rsidRPr="008B1978">
        <w:rPr>
          <w:color w:val="EE0000"/>
        </w:rPr>
        <w:t>C. Clear headings, readable text and alt text for important images.</w:t>
      </w:r>
    </w:p>
    <w:p w14:paraId="65E4A79F" w14:textId="77777777" w:rsidR="00637FF1" w:rsidRDefault="00000000">
      <w:pPr>
        <w:pStyle w:val="Listaconvietas"/>
      </w:pPr>
      <w:r>
        <w:t>D. Navigation that only works with a mouse and has no labels.</w:t>
      </w:r>
    </w:p>
    <w:p w14:paraId="0FFF65B7" w14:textId="77777777" w:rsidR="00637FF1" w:rsidRDefault="00637FF1"/>
    <w:p w14:paraId="53EDE6FC" w14:textId="77777777" w:rsidR="00637FF1" w:rsidRDefault="00000000">
      <w:pPr>
        <w:pStyle w:val="Ttulo3"/>
      </w:pPr>
      <w:r>
        <w:t>7. What is responsible digital outreach?</w:t>
      </w:r>
    </w:p>
    <w:p w14:paraId="68C332A7" w14:textId="77777777" w:rsidR="00637FF1" w:rsidRDefault="00000000">
      <w:pPr>
        <w:pStyle w:val="Listaconvietas"/>
      </w:pPr>
      <w:r>
        <w:t>A. Sending messages to everyone as often as possible, without consent.</w:t>
      </w:r>
    </w:p>
    <w:p w14:paraId="237B1A18" w14:textId="77777777" w:rsidR="00637FF1" w:rsidRPr="008B1978" w:rsidRDefault="00000000">
      <w:pPr>
        <w:pStyle w:val="Listaconvietas"/>
        <w:rPr>
          <w:color w:val="EE0000"/>
        </w:rPr>
      </w:pPr>
      <w:r w:rsidRPr="008B1978">
        <w:rPr>
          <w:color w:val="EE0000"/>
        </w:rPr>
        <w:t>B. Communicating clearly, respecting consent, privacy, inclusion and truthful claims.</w:t>
      </w:r>
    </w:p>
    <w:p w14:paraId="44A4D400" w14:textId="77777777" w:rsidR="00637FF1" w:rsidRDefault="00000000">
      <w:pPr>
        <w:pStyle w:val="Listaconvietas"/>
      </w:pPr>
      <w:r>
        <w:t>C. Using exaggerated environmental claims to attract attention.</w:t>
      </w:r>
    </w:p>
    <w:p w14:paraId="0265D035" w14:textId="77777777" w:rsidR="00637FF1" w:rsidRDefault="00000000">
      <w:pPr>
        <w:pStyle w:val="Listaconvietas"/>
      </w:pPr>
      <w:r>
        <w:t>D. Copying competitors’ content without permission.</w:t>
      </w:r>
    </w:p>
    <w:p w14:paraId="16F12A51" w14:textId="77777777" w:rsidR="00637FF1" w:rsidRDefault="00637FF1"/>
    <w:p w14:paraId="3CF12D96" w14:textId="77777777" w:rsidR="00637FF1" w:rsidRDefault="00000000">
      <w:pPr>
        <w:pStyle w:val="Ttulo3"/>
      </w:pPr>
      <w:r>
        <w:t>8. What does iteration mean in entrepreneurship?</w:t>
      </w:r>
    </w:p>
    <w:p w14:paraId="0B6E9AE7" w14:textId="77777777" w:rsidR="00637FF1" w:rsidRDefault="00000000">
      <w:pPr>
        <w:pStyle w:val="Listaconvietas"/>
      </w:pPr>
      <w:r>
        <w:t>A. Keeping the first idea unchanged even when users find problems.</w:t>
      </w:r>
    </w:p>
    <w:p w14:paraId="2D39475E" w14:textId="77777777" w:rsidR="00637FF1" w:rsidRPr="008B1978" w:rsidRDefault="00000000">
      <w:pPr>
        <w:pStyle w:val="Listaconvietas"/>
        <w:rPr>
          <w:color w:val="EE0000"/>
        </w:rPr>
      </w:pPr>
      <w:r w:rsidRPr="008B1978">
        <w:rPr>
          <w:color w:val="EE0000"/>
        </w:rPr>
        <w:t>B. Testing, learning from feedback, and improving the idea step by step.</w:t>
      </w:r>
    </w:p>
    <w:p w14:paraId="0973A483" w14:textId="77777777" w:rsidR="00637FF1" w:rsidRDefault="00000000">
      <w:pPr>
        <w:pStyle w:val="Listaconvietas"/>
      </w:pPr>
      <w:r>
        <w:t>C. Deleting all feedback because criticism is negative.</w:t>
      </w:r>
    </w:p>
    <w:p w14:paraId="347AF461" w14:textId="77777777" w:rsidR="00637FF1" w:rsidRDefault="00000000">
      <w:pPr>
        <w:pStyle w:val="Listaconvietas"/>
      </w:pPr>
      <w:r>
        <w:t>D. Launching the final product without checking anything.</w:t>
      </w:r>
    </w:p>
    <w:p w14:paraId="6BFE0F51" w14:textId="77777777" w:rsidR="00637FF1" w:rsidRDefault="00637FF1"/>
    <w:p w14:paraId="0C9E8DB7" w14:textId="77777777" w:rsidR="00637FF1" w:rsidRDefault="00000000">
      <w:pPr>
        <w:pStyle w:val="Ttulo3"/>
      </w:pPr>
      <w:r>
        <w:t>9. When collecting feedback from users, what should you do?</w:t>
      </w:r>
    </w:p>
    <w:p w14:paraId="39AF5F8D" w14:textId="77777777" w:rsidR="00637FF1" w:rsidRPr="008B1978" w:rsidRDefault="00000000">
      <w:pPr>
        <w:pStyle w:val="Listaconvietas"/>
        <w:rPr>
          <w:color w:val="EE0000"/>
        </w:rPr>
      </w:pPr>
      <w:r w:rsidRPr="008B1978">
        <w:rPr>
          <w:color w:val="EE0000"/>
        </w:rPr>
        <w:t>A. Explain the purpose, ask only necessary questions and respect privacy.</w:t>
      </w:r>
    </w:p>
    <w:p w14:paraId="17F1754C" w14:textId="77777777" w:rsidR="00637FF1" w:rsidRDefault="00000000">
      <w:pPr>
        <w:pStyle w:val="Listaconvietas"/>
      </w:pPr>
      <w:r>
        <w:t>B. Collect as much personal information as possible without explaining why.</w:t>
      </w:r>
    </w:p>
    <w:p w14:paraId="252DAC9E" w14:textId="77777777" w:rsidR="00637FF1" w:rsidRDefault="00000000">
      <w:pPr>
        <w:pStyle w:val="Listaconvietas"/>
      </w:pPr>
      <w:r>
        <w:t>C. Pressure users to give positive answers.</w:t>
      </w:r>
    </w:p>
    <w:p w14:paraId="6443F23A" w14:textId="77777777" w:rsidR="00637FF1" w:rsidRDefault="00000000">
      <w:pPr>
        <w:pStyle w:val="Listaconvietas"/>
      </w:pPr>
      <w:r>
        <w:t>D. Publish all responses with names and contact details.</w:t>
      </w:r>
    </w:p>
    <w:p w14:paraId="1DB08A31" w14:textId="77777777" w:rsidR="00637FF1" w:rsidRDefault="00637FF1"/>
    <w:p w14:paraId="18B23B97" w14:textId="77777777" w:rsidR="00637FF1" w:rsidRDefault="00000000">
      <w:pPr>
        <w:pStyle w:val="Ttulo3"/>
      </w:pPr>
      <w:r>
        <w:t>10. What does “green by design” mean?</w:t>
      </w:r>
    </w:p>
    <w:p w14:paraId="08A4D5C4" w14:textId="77777777" w:rsidR="00637FF1" w:rsidRDefault="00000000">
      <w:pPr>
        <w:pStyle w:val="Listaconvietas"/>
      </w:pPr>
      <w:r>
        <w:t>A. Adding a green colour to the logo at the end.</w:t>
      </w:r>
    </w:p>
    <w:p w14:paraId="36A985BD" w14:textId="77777777" w:rsidR="00637FF1" w:rsidRPr="008B1978" w:rsidRDefault="00000000">
      <w:pPr>
        <w:pStyle w:val="Listaconvietas"/>
        <w:rPr>
          <w:color w:val="EE0000"/>
        </w:rPr>
      </w:pPr>
      <w:r w:rsidRPr="008B1978">
        <w:rPr>
          <w:color w:val="EE0000"/>
        </w:rPr>
        <w:t>B. Considering environmental value and impact from the beginning of the idea.</w:t>
      </w:r>
    </w:p>
    <w:p w14:paraId="207C6CB8" w14:textId="77777777" w:rsidR="00637FF1" w:rsidRDefault="00000000">
      <w:pPr>
        <w:pStyle w:val="Listaconvietas"/>
      </w:pPr>
      <w:r>
        <w:t>C. Ignoring materials, energy and waste until the product is already launched.</w:t>
      </w:r>
    </w:p>
    <w:p w14:paraId="60638624" w14:textId="77777777" w:rsidR="00637FF1" w:rsidRDefault="00000000">
      <w:pPr>
        <w:pStyle w:val="Listaconvietas"/>
      </w:pPr>
      <w:r>
        <w:t>D. Using the word sustainable without evidence.</w:t>
      </w:r>
    </w:p>
    <w:p w14:paraId="651DEEDD" w14:textId="77777777" w:rsidR="00637FF1" w:rsidRDefault="00637FF1"/>
    <w:p w14:paraId="486181AE" w14:textId="66D1985D" w:rsidR="00637FF1" w:rsidRDefault="00637FF1"/>
    <w:sectPr w:rsidR="00637FF1" w:rsidSect="00034616">
      <w:headerReference w:type="default" r:id="rId8"/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2022B" w14:textId="77777777" w:rsidR="00A54201" w:rsidRDefault="00A54201">
      <w:pPr>
        <w:spacing w:after="0" w:line="240" w:lineRule="auto"/>
      </w:pPr>
      <w:r>
        <w:separator/>
      </w:r>
    </w:p>
  </w:endnote>
  <w:endnote w:type="continuationSeparator" w:id="0">
    <w:p w14:paraId="78596946" w14:textId="77777777" w:rsidR="00A54201" w:rsidRDefault="00A5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7EE9" w14:textId="77777777" w:rsidR="00637FF1" w:rsidRDefault="00000000">
    <w:pPr>
      <w:jc w:val="center"/>
    </w:pPr>
    <w:r>
      <w:rPr>
        <w:sz w:val="16"/>
      </w:rPr>
      <w:t>OER teaching/learning resource - Multiple-choice quizzes for platform use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9912" w14:textId="77777777" w:rsidR="00A54201" w:rsidRDefault="00A54201">
      <w:pPr>
        <w:spacing w:after="0" w:line="240" w:lineRule="auto"/>
      </w:pPr>
      <w:r>
        <w:separator/>
      </w:r>
    </w:p>
  </w:footnote>
  <w:footnote w:type="continuationSeparator" w:id="0">
    <w:p w14:paraId="6D9D200A" w14:textId="77777777" w:rsidR="00A54201" w:rsidRDefault="00A5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81959" w14:textId="77777777" w:rsidR="00637FF1" w:rsidRDefault="00000000">
    <w:pPr>
      <w:jc w:val="right"/>
    </w:pPr>
    <w:r>
      <w:rPr>
        <w:sz w:val="16"/>
      </w:rPr>
      <w:t>GREEN-DIGI PATHWAYS - Knowledge Check Quizzes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335415">
    <w:abstractNumId w:val="8"/>
  </w:num>
  <w:num w:numId="2" w16cid:durableId="1471170734">
    <w:abstractNumId w:val="6"/>
  </w:num>
  <w:num w:numId="3" w16cid:durableId="1470586144">
    <w:abstractNumId w:val="5"/>
  </w:num>
  <w:num w:numId="4" w16cid:durableId="1768848293">
    <w:abstractNumId w:val="4"/>
  </w:num>
  <w:num w:numId="5" w16cid:durableId="1757093485">
    <w:abstractNumId w:val="7"/>
  </w:num>
  <w:num w:numId="6" w16cid:durableId="1430081687">
    <w:abstractNumId w:val="3"/>
  </w:num>
  <w:num w:numId="7" w16cid:durableId="1872759474">
    <w:abstractNumId w:val="2"/>
  </w:num>
  <w:num w:numId="8" w16cid:durableId="960451857">
    <w:abstractNumId w:val="1"/>
  </w:num>
  <w:num w:numId="9" w16cid:durableId="547575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3405"/>
    <w:rsid w:val="00034616"/>
    <w:rsid w:val="0006063C"/>
    <w:rsid w:val="0015074B"/>
    <w:rsid w:val="0029639D"/>
    <w:rsid w:val="00326F90"/>
    <w:rsid w:val="003D255D"/>
    <w:rsid w:val="00637FF1"/>
    <w:rsid w:val="0079345C"/>
    <w:rsid w:val="008B1978"/>
    <w:rsid w:val="00A54201"/>
    <w:rsid w:val="00AA1D8D"/>
    <w:rsid w:val="00B47730"/>
    <w:rsid w:val="00CB0664"/>
    <w:rsid w:val="00D441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A9559D"/>
  <w14:defaultImageDpi w14:val="300"/>
  <w15:docId w15:val="{9C72B132-937F-4982-AAED-E4C37684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B5E2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7D32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7474F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Debora Ruberto</cp:lastModifiedBy>
  <cp:revision>4</cp:revision>
  <dcterms:created xsi:type="dcterms:W3CDTF">2013-12-23T23:15:00Z</dcterms:created>
  <dcterms:modified xsi:type="dcterms:W3CDTF">2026-06-05T10:45:00Z</dcterms:modified>
  <cp:category/>
</cp:coreProperties>
</file>